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7D239" w14:textId="77777777" w:rsidR="00A466B6" w:rsidRDefault="00000000">
      <w:pPr>
        <w:spacing w:after="360"/>
        <w:jc w:val="center"/>
      </w:pPr>
      <w:r>
        <w:rPr>
          <w:noProof/>
        </w:rPr>
        <w:drawing>
          <wp:inline distT="0" distB="0" distL="0" distR="0" wp14:anchorId="3553AB2C" wp14:editId="65DA73F9">
            <wp:extent cx="1224000" cy="544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p_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4000" cy="54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00DC4" w14:textId="77777777" w:rsidR="009A791F" w:rsidRDefault="009A791F" w:rsidP="009A791F">
      <w:pPr>
        <w:spacing w:after="360"/>
      </w:pPr>
    </w:p>
    <w:p w14:paraId="5DA8B1FE" w14:textId="77777777" w:rsidR="00A466B6" w:rsidRDefault="00000000">
      <w:pPr>
        <w:spacing w:before="160" w:after="360" w:line="259" w:lineRule="auto"/>
        <w:jc w:val="center"/>
      </w:pPr>
      <w:r>
        <w:rPr>
          <w:b/>
          <w:color w:val="0B78B5"/>
          <w:sz w:val="25"/>
        </w:rPr>
        <w:t>PORADNIA PSYCHOLOGICZNO-PEDAGOGICZNA W ŁASKU</w:t>
      </w:r>
    </w:p>
    <w:p w14:paraId="68DA33EB" w14:textId="77777777" w:rsidR="009A791F" w:rsidRDefault="009A791F">
      <w:pPr>
        <w:spacing w:after="120" w:line="259" w:lineRule="auto"/>
        <w:jc w:val="center"/>
        <w:rPr>
          <w:b/>
          <w:color w:val="17365D"/>
          <w:sz w:val="64"/>
        </w:rPr>
      </w:pPr>
    </w:p>
    <w:p w14:paraId="2BC13C95" w14:textId="109CC264" w:rsidR="00A466B6" w:rsidRDefault="00000000">
      <w:pPr>
        <w:spacing w:after="120" w:line="259" w:lineRule="auto"/>
        <w:jc w:val="center"/>
      </w:pPr>
      <w:r>
        <w:rPr>
          <w:b/>
          <w:color w:val="17365D"/>
          <w:sz w:val="64"/>
        </w:rPr>
        <w:t>OFERTA ZAJĘĆ</w:t>
      </w:r>
    </w:p>
    <w:p w14:paraId="2F3DFBC4" w14:textId="77777777" w:rsidR="00A466B6" w:rsidRDefault="00000000">
      <w:pPr>
        <w:spacing w:after="180" w:line="259" w:lineRule="auto"/>
        <w:jc w:val="center"/>
      </w:pPr>
      <w:r>
        <w:rPr>
          <w:sz w:val="32"/>
        </w:rPr>
        <w:t>dla nauczycieli, dzieci, uczniów i rodziców</w:t>
      </w:r>
    </w:p>
    <w:p w14:paraId="77F06DA9" w14:textId="77777777" w:rsidR="00A466B6" w:rsidRDefault="00000000">
      <w:pPr>
        <w:spacing w:after="440" w:line="259" w:lineRule="auto"/>
        <w:jc w:val="center"/>
      </w:pPr>
      <w:r>
        <w:rPr>
          <w:b/>
          <w:color w:val="0B78B5"/>
          <w:sz w:val="30"/>
        </w:rPr>
        <w:t>ROK SZKOLNY 2026/2027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45"/>
        <w:gridCol w:w="3345"/>
        <w:gridCol w:w="3345"/>
      </w:tblGrid>
      <w:tr w:rsidR="00A466B6" w14:paraId="33BB2F3F" w14:textId="77777777">
        <w:trPr>
          <w:jc w:val="center"/>
        </w:trPr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shd w:val="clear" w:color="auto" w:fill="0B78B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BD5F8" w14:textId="77777777" w:rsidR="00A466B6" w:rsidRDefault="00A466B6">
            <w:pPr>
              <w:keepLines/>
              <w:spacing w:after="0" w:line="60" w:lineRule="auto"/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shd w:val="clear" w:color="auto" w:fill="F7C92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C6263" w14:textId="77777777" w:rsidR="00A466B6" w:rsidRDefault="00A466B6">
            <w:pPr>
              <w:keepLines/>
              <w:spacing w:after="0" w:line="60" w:lineRule="auto"/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shd w:val="clear" w:color="auto" w:fill="138A6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73AE5" w14:textId="77777777" w:rsidR="00A466B6" w:rsidRDefault="00A466B6">
            <w:pPr>
              <w:keepLines/>
              <w:spacing w:after="0" w:line="60" w:lineRule="auto"/>
            </w:pPr>
          </w:p>
        </w:tc>
      </w:tr>
    </w:tbl>
    <w:p w14:paraId="2F104560" w14:textId="77777777" w:rsidR="00A466B6" w:rsidRDefault="00A466B6">
      <w:pPr>
        <w:spacing w:after="400"/>
      </w:pPr>
    </w:p>
    <w:p w14:paraId="53248E55" w14:textId="77777777" w:rsidR="00A466B6" w:rsidRDefault="00A466B6">
      <w:pPr>
        <w:spacing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18"/>
        <w:gridCol w:w="5018"/>
      </w:tblGrid>
      <w:tr w:rsidR="00A466B6" w14:paraId="09F25B7E" w14:textId="77777777">
        <w:trPr>
          <w:jc w:val="center"/>
        </w:trPr>
        <w:tc>
          <w:tcPr>
            <w:tcW w:w="5018" w:type="dxa"/>
            <w:tcBorders>
              <w:top w:val="single" w:sz="8" w:space="0" w:color="D8E4EC"/>
              <w:left w:val="single" w:sz="8" w:space="0" w:color="D8E4EC"/>
              <w:bottom w:val="single" w:sz="8" w:space="0" w:color="D8E4EC"/>
              <w:right w:val="single" w:sz="8" w:space="0" w:color="D8E4EC"/>
            </w:tcBorders>
            <w:shd w:val="clear" w:color="auto" w:fill="F9FBFD"/>
            <w:tcMar>
              <w:top w:w="140" w:type="dxa"/>
              <w:left w:w="170" w:type="dxa"/>
              <w:bottom w:w="140" w:type="dxa"/>
              <w:right w:w="170" w:type="dxa"/>
            </w:tcMar>
            <w:vAlign w:val="center"/>
          </w:tcPr>
          <w:p w14:paraId="3C753EB4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7"/>
              </w:rPr>
              <w:t>KONTAKT</w:t>
            </w:r>
          </w:p>
          <w:p w14:paraId="78F34179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sz w:val="20"/>
              </w:rPr>
              <w:t>ul. 9 Maja 33, 98-100 Łask</w:t>
            </w:r>
          </w:p>
          <w:p w14:paraId="2723C71B" w14:textId="77777777" w:rsidR="00A466B6" w:rsidRDefault="00000000">
            <w:pPr>
              <w:keepLines/>
              <w:spacing w:after="60" w:line="259" w:lineRule="auto"/>
            </w:pPr>
            <w:r>
              <w:rPr>
                <w:sz w:val="20"/>
              </w:rPr>
              <w:t>43 675 20 46</w:t>
            </w:r>
          </w:p>
        </w:tc>
        <w:tc>
          <w:tcPr>
            <w:tcW w:w="5018" w:type="dxa"/>
            <w:tcBorders>
              <w:top w:val="single" w:sz="8" w:space="0" w:color="D8E4EC"/>
              <w:left w:val="single" w:sz="8" w:space="0" w:color="D8E4EC"/>
              <w:bottom w:val="single" w:sz="8" w:space="0" w:color="D8E4EC"/>
              <w:right w:val="single" w:sz="8" w:space="0" w:color="D8E4EC"/>
            </w:tcBorders>
            <w:shd w:val="clear" w:color="auto" w:fill="F9FBFD"/>
            <w:tcMar>
              <w:top w:w="140" w:type="dxa"/>
              <w:left w:w="170" w:type="dxa"/>
              <w:bottom w:w="140" w:type="dxa"/>
              <w:right w:w="170" w:type="dxa"/>
            </w:tcMar>
            <w:vAlign w:val="center"/>
          </w:tcPr>
          <w:p w14:paraId="229A0BEF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7"/>
              </w:rPr>
              <w:t>E-MAIL</w:t>
            </w:r>
          </w:p>
          <w:p w14:paraId="0AC8A15A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sz w:val="20"/>
              </w:rPr>
              <w:t>ppplask@wikom.pl</w:t>
            </w:r>
          </w:p>
          <w:p w14:paraId="4DE29EC9" w14:textId="77777777" w:rsidR="00A466B6" w:rsidRDefault="00000000">
            <w:pPr>
              <w:keepLines/>
              <w:spacing w:after="60" w:line="259" w:lineRule="auto"/>
            </w:pPr>
            <w:r>
              <w:rPr>
                <w:sz w:val="20"/>
              </w:rPr>
              <w:t>Poradnia Psychologiczno-Pedagogiczna w Łasku</w:t>
            </w:r>
          </w:p>
        </w:tc>
      </w:tr>
    </w:tbl>
    <w:p w14:paraId="31AC956A" w14:textId="77777777" w:rsidR="00A466B6" w:rsidRDefault="00000000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5018"/>
      </w:tblGrid>
      <w:tr w:rsidR="00A466B6" w14:paraId="073744C9" w14:textId="77777777">
        <w:trPr>
          <w:jc w:val="center"/>
        </w:trPr>
        <w:tc>
          <w:tcPr>
            <w:tcW w:w="900" w:type="dxa"/>
            <w:tcBorders>
              <w:bottom w:val="single" w:sz="10" w:space="0" w:color="0B78B5"/>
            </w:tcBorders>
            <w:shd w:val="clear" w:color="auto" w:fill="F7C928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44ECD687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b/>
                <w:color w:val="17365D"/>
                <w:sz w:val="38"/>
              </w:rPr>
              <w:lastRenderedPageBreak/>
              <w:t>●</w:t>
            </w:r>
          </w:p>
        </w:tc>
        <w:tc>
          <w:tcPr>
            <w:tcW w:w="5018" w:type="dxa"/>
            <w:tcBorders>
              <w:bottom w:val="single" w:sz="10" w:space="0" w:color="0B78B5"/>
            </w:tcBorders>
            <w:shd w:val="clear" w:color="auto" w:fill="0B78B5"/>
            <w:tcMar>
              <w:top w:w="145" w:type="dxa"/>
              <w:left w:w="210" w:type="dxa"/>
              <w:bottom w:w="145" w:type="dxa"/>
              <w:right w:w="210" w:type="dxa"/>
            </w:tcMar>
            <w:vAlign w:val="center"/>
          </w:tcPr>
          <w:p w14:paraId="4CEEDCC6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7C928"/>
                <w:sz w:val="19"/>
              </w:rPr>
              <w:t>DLA NAUCZYCIELI</w:t>
            </w:r>
          </w:p>
          <w:p w14:paraId="029868B5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FFFFF"/>
                <w:sz w:val="34"/>
              </w:rPr>
              <w:t>Zajęcia instruktażowo-doradcze</w:t>
            </w:r>
          </w:p>
          <w:p w14:paraId="2BF593E3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FFFFFF"/>
                <w:sz w:val="18"/>
              </w:rPr>
              <w:t>Spotkania prowadzone na terenie Poradni, z wyjątkiem form oznaczonych jako online.</w:t>
            </w:r>
          </w:p>
        </w:tc>
      </w:tr>
    </w:tbl>
    <w:p w14:paraId="6E568AEA" w14:textId="77777777" w:rsidR="00A466B6" w:rsidRDefault="00A466B6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B17F0A" w14:paraId="7A569D7F" w14:textId="77777777" w:rsidTr="006F5FC0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4E28FA0A" w14:textId="67E50B1E" w:rsidR="00B17F0A" w:rsidRDefault="00B17F0A" w:rsidP="006F5FC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Procedury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reagowania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na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zjawisko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cyberprzemocy</w:t>
            </w:r>
            <w:proofErr w:type="spellEnd"/>
            <w:r>
              <w:rPr>
                <w:b/>
                <w:color w:val="17365D"/>
                <w:sz w:val="22"/>
              </w:rPr>
              <w:t>.   ONLINE</w:t>
            </w:r>
          </w:p>
          <w:p w14:paraId="150D24E2" w14:textId="77777777" w:rsidR="00B17F0A" w:rsidRDefault="00B17F0A" w:rsidP="006F5FC0">
            <w:pPr>
              <w:keepLines/>
              <w:spacing w:after="60" w:line="259" w:lineRule="auto"/>
            </w:pPr>
            <w:proofErr w:type="spellStart"/>
            <w:r>
              <w:rPr>
                <w:color w:val="5C6F82"/>
                <w:sz w:val="19"/>
              </w:rPr>
              <w:t>Prowadząca</w:t>
            </w:r>
            <w:proofErr w:type="spellEnd"/>
            <w:r>
              <w:rPr>
                <w:color w:val="5C6F82"/>
                <w:sz w:val="19"/>
              </w:rPr>
              <w:t>: Katarzyna Andrzejewska</w:t>
            </w:r>
          </w:p>
          <w:p w14:paraId="344C9E03" w14:textId="77777777" w:rsidR="00B17F0A" w:rsidRDefault="00B17F0A" w:rsidP="006F5FC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 xml:space="preserve">Termin: 21.10.2026 r., </w:t>
            </w:r>
            <w:proofErr w:type="spellStart"/>
            <w:r>
              <w:rPr>
                <w:b/>
                <w:color w:val="0B78B5"/>
                <w:sz w:val="19"/>
              </w:rPr>
              <w:t>godz</w:t>
            </w:r>
            <w:proofErr w:type="spellEnd"/>
            <w:r>
              <w:rPr>
                <w:b/>
                <w:color w:val="0B78B5"/>
                <w:sz w:val="19"/>
              </w:rPr>
              <w:t>. 16:00</w:t>
            </w:r>
          </w:p>
        </w:tc>
      </w:tr>
    </w:tbl>
    <w:p w14:paraId="7588BFCC" w14:textId="77777777" w:rsidR="00B17F0A" w:rsidRPr="00B17F0A" w:rsidRDefault="00B17F0A">
      <w:pPr>
        <w:spacing w:after="20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B17F0A" w14:paraId="4ECE3587" w14:textId="77777777" w:rsidTr="006F5FC0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0FF8CBFF" w14:textId="67891E97" w:rsidR="00B17F0A" w:rsidRDefault="00B17F0A" w:rsidP="006F5FC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Praca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dzieckiem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nadpobudliwością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psychoruchową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szkole</w:t>
            </w:r>
            <w:proofErr w:type="spellEnd"/>
            <w:r>
              <w:rPr>
                <w:b/>
                <w:color w:val="17365D"/>
                <w:sz w:val="22"/>
              </w:rPr>
              <w:t>. (</w:t>
            </w:r>
            <w:proofErr w:type="spellStart"/>
            <w:r>
              <w:rPr>
                <w:b/>
                <w:color w:val="17365D"/>
                <w:sz w:val="22"/>
              </w:rPr>
              <w:t>nauczyciele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klas</w:t>
            </w:r>
            <w:proofErr w:type="spellEnd"/>
            <w:r>
              <w:rPr>
                <w:b/>
                <w:color w:val="17365D"/>
                <w:sz w:val="22"/>
              </w:rPr>
              <w:t xml:space="preserve"> I-VI)</w:t>
            </w:r>
          </w:p>
          <w:p w14:paraId="56B69F98" w14:textId="77777777" w:rsidR="00B17F0A" w:rsidRDefault="00B17F0A" w:rsidP="006F5FC0">
            <w:pPr>
              <w:keepLines/>
              <w:spacing w:after="60" w:line="259" w:lineRule="auto"/>
            </w:pPr>
            <w:proofErr w:type="spellStart"/>
            <w:r>
              <w:rPr>
                <w:color w:val="5C6F82"/>
                <w:sz w:val="19"/>
              </w:rPr>
              <w:t>Prowadząca</w:t>
            </w:r>
            <w:proofErr w:type="spellEnd"/>
            <w:r>
              <w:rPr>
                <w:color w:val="5C6F82"/>
                <w:sz w:val="19"/>
              </w:rPr>
              <w:t xml:space="preserve">: Aleksandra </w:t>
            </w:r>
            <w:proofErr w:type="spellStart"/>
            <w:r>
              <w:rPr>
                <w:color w:val="5C6F82"/>
                <w:sz w:val="19"/>
              </w:rPr>
              <w:t>Szkudlarek</w:t>
            </w:r>
            <w:proofErr w:type="spellEnd"/>
          </w:p>
          <w:p w14:paraId="37157FA2" w14:textId="77777777" w:rsidR="00B17F0A" w:rsidRDefault="00B17F0A" w:rsidP="006F5FC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 xml:space="preserve">Termin: 22.10.2026 r., </w:t>
            </w:r>
            <w:proofErr w:type="spellStart"/>
            <w:r>
              <w:rPr>
                <w:b/>
                <w:color w:val="0B78B5"/>
                <w:sz w:val="19"/>
              </w:rPr>
              <w:t>godz</w:t>
            </w:r>
            <w:proofErr w:type="spellEnd"/>
            <w:r>
              <w:rPr>
                <w:b/>
                <w:color w:val="0B78B5"/>
                <w:sz w:val="19"/>
              </w:rPr>
              <w:t>. 16:30</w:t>
            </w:r>
          </w:p>
        </w:tc>
      </w:tr>
    </w:tbl>
    <w:p w14:paraId="42BE4400" w14:textId="77777777" w:rsidR="00B17F0A" w:rsidRPr="00B17F0A" w:rsidRDefault="00B17F0A">
      <w:pPr>
        <w:spacing w:after="20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B17F0A" w14:paraId="64B16697" w14:textId="77777777" w:rsidTr="006F5FC0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1F775E94" w14:textId="336D1CFA" w:rsidR="00B17F0A" w:rsidRDefault="00B17F0A" w:rsidP="006F5FC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Techniki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poznawczo-behawioralne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pracy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dzieckiem</w:t>
            </w:r>
            <w:proofErr w:type="spellEnd"/>
            <w:r>
              <w:rPr>
                <w:b/>
                <w:color w:val="17365D"/>
                <w:sz w:val="22"/>
              </w:rPr>
              <w:t>. (</w:t>
            </w:r>
            <w:proofErr w:type="spellStart"/>
            <w:r>
              <w:rPr>
                <w:b/>
                <w:color w:val="17365D"/>
                <w:sz w:val="22"/>
              </w:rPr>
              <w:t>nauczyciele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przedszkoli</w:t>
            </w:r>
            <w:proofErr w:type="spellEnd"/>
            <w:r>
              <w:rPr>
                <w:b/>
                <w:color w:val="17365D"/>
                <w:sz w:val="22"/>
              </w:rPr>
              <w:t xml:space="preserve">, </w:t>
            </w:r>
            <w:proofErr w:type="spellStart"/>
            <w:r>
              <w:rPr>
                <w:b/>
                <w:color w:val="17365D"/>
                <w:sz w:val="22"/>
              </w:rPr>
              <w:t>klas</w:t>
            </w:r>
            <w:proofErr w:type="spellEnd"/>
            <w:r>
              <w:rPr>
                <w:b/>
                <w:color w:val="17365D"/>
                <w:sz w:val="22"/>
              </w:rPr>
              <w:t xml:space="preserve"> I-III)   ONLINE</w:t>
            </w:r>
          </w:p>
          <w:p w14:paraId="4174122E" w14:textId="77777777" w:rsidR="00B17F0A" w:rsidRDefault="00B17F0A" w:rsidP="006F5FC0">
            <w:pPr>
              <w:keepLines/>
              <w:spacing w:after="60" w:line="259" w:lineRule="auto"/>
            </w:pPr>
            <w:proofErr w:type="spellStart"/>
            <w:r>
              <w:rPr>
                <w:color w:val="5C6F82"/>
                <w:sz w:val="19"/>
              </w:rPr>
              <w:t>Prowadząca</w:t>
            </w:r>
            <w:proofErr w:type="spellEnd"/>
            <w:r>
              <w:rPr>
                <w:color w:val="5C6F82"/>
                <w:sz w:val="19"/>
              </w:rPr>
              <w:t>: Katarzyna Andrzejewska</w:t>
            </w:r>
          </w:p>
          <w:p w14:paraId="1CEA5451" w14:textId="77777777" w:rsidR="00B17F0A" w:rsidRDefault="00B17F0A" w:rsidP="006F5FC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 xml:space="preserve">Termin: 18.11.2026 r., </w:t>
            </w:r>
            <w:proofErr w:type="spellStart"/>
            <w:r>
              <w:rPr>
                <w:b/>
                <w:color w:val="0B78B5"/>
                <w:sz w:val="19"/>
              </w:rPr>
              <w:t>godz</w:t>
            </w:r>
            <w:proofErr w:type="spellEnd"/>
            <w:r>
              <w:rPr>
                <w:b/>
                <w:color w:val="0B78B5"/>
                <w:sz w:val="19"/>
              </w:rPr>
              <w:t>. 16:00</w:t>
            </w:r>
          </w:p>
        </w:tc>
      </w:tr>
    </w:tbl>
    <w:p w14:paraId="06946DDE" w14:textId="77777777" w:rsidR="00B17F0A" w:rsidRPr="00B17F0A" w:rsidRDefault="00B17F0A">
      <w:pPr>
        <w:spacing w:after="20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B17F0A" w14:paraId="0D231F9C" w14:textId="77777777" w:rsidTr="006F5FC0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495F0947" w14:textId="1E4D953B" w:rsidR="00B17F0A" w:rsidRDefault="00B17F0A" w:rsidP="00B17F0A">
            <w:pPr>
              <w:keepLines/>
              <w:spacing w:after="100" w:line="240" w:lineRule="auto"/>
            </w:pPr>
            <w:r>
              <w:rPr>
                <w:b/>
                <w:color w:val="17365D"/>
                <w:sz w:val="22"/>
              </w:rPr>
              <w:t xml:space="preserve">Jak </w:t>
            </w:r>
            <w:proofErr w:type="spellStart"/>
            <w:r>
              <w:rPr>
                <w:b/>
                <w:color w:val="17365D"/>
                <w:sz w:val="22"/>
              </w:rPr>
              <w:t>wspierać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ucznia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trudnościami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czytaniu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pisaniu</w:t>
            </w:r>
            <w:proofErr w:type="spellEnd"/>
            <w:r>
              <w:rPr>
                <w:b/>
                <w:color w:val="17365D"/>
                <w:sz w:val="22"/>
              </w:rPr>
              <w:t>? (</w:t>
            </w:r>
            <w:proofErr w:type="spellStart"/>
            <w:r>
              <w:rPr>
                <w:b/>
                <w:color w:val="17365D"/>
                <w:sz w:val="22"/>
              </w:rPr>
              <w:t>nauczyciele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klas</w:t>
            </w:r>
            <w:proofErr w:type="spellEnd"/>
            <w:r>
              <w:rPr>
                <w:b/>
                <w:color w:val="17365D"/>
                <w:sz w:val="22"/>
              </w:rPr>
              <w:t xml:space="preserve"> II-IV)</w:t>
            </w:r>
          </w:p>
          <w:p w14:paraId="5DF3CB2C" w14:textId="77777777" w:rsidR="00B17F0A" w:rsidRDefault="00B17F0A" w:rsidP="00B17F0A">
            <w:pPr>
              <w:keepLines/>
              <w:spacing w:after="60" w:line="240" w:lineRule="auto"/>
            </w:pPr>
            <w:proofErr w:type="spellStart"/>
            <w:r>
              <w:rPr>
                <w:color w:val="5C6F82"/>
                <w:sz w:val="19"/>
              </w:rPr>
              <w:t>Prowadząca</w:t>
            </w:r>
            <w:proofErr w:type="spellEnd"/>
            <w:r>
              <w:rPr>
                <w:color w:val="5C6F82"/>
                <w:sz w:val="19"/>
              </w:rPr>
              <w:t xml:space="preserve">: Barbara </w:t>
            </w:r>
            <w:proofErr w:type="spellStart"/>
            <w:r>
              <w:rPr>
                <w:color w:val="5C6F82"/>
                <w:sz w:val="19"/>
              </w:rPr>
              <w:t>Orłowska</w:t>
            </w:r>
            <w:proofErr w:type="spellEnd"/>
          </w:p>
          <w:p w14:paraId="6CC643C7" w14:textId="77777777" w:rsidR="00B17F0A" w:rsidRDefault="00B17F0A" w:rsidP="00B17F0A">
            <w:pPr>
              <w:keepLines/>
              <w:spacing w:after="60" w:line="240" w:lineRule="auto"/>
            </w:pPr>
            <w:r>
              <w:rPr>
                <w:b/>
                <w:color w:val="0B78B5"/>
                <w:sz w:val="19"/>
              </w:rPr>
              <w:t xml:space="preserve">Termin: 19.11.2026 r., </w:t>
            </w:r>
            <w:proofErr w:type="spellStart"/>
            <w:r>
              <w:rPr>
                <w:b/>
                <w:color w:val="0B78B5"/>
                <w:sz w:val="19"/>
              </w:rPr>
              <w:t>godz</w:t>
            </w:r>
            <w:proofErr w:type="spellEnd"/>
            <w:r>
              <w:rPr>
                <w:b/>
                <w:color w:val="0B78B5"/>
                <w:sz w:val="19"/>
              </w:rPr>
              <w:t>. 16:30</w:t>
            </w:r>
          </w:p>
        </w:tc>
      </w:tr>
    </w:tbl>
    <w:p w14:paraId="4CF41AC6" w14:textId="77777777" w:rsidR="00B17F0A" w:rsidRPr="00B17F0A" w:rsidRDefault="00B17F0A" w:rsidP="00B17F0A">
      <w:pPr>
        <w:spacing w:after="20" w:line="240" w:lineRule="auto"/>
        <w:rPr>
          <w:sz w:val="16"/>
          <w:szCs w:val="16"/>
        </w:rPr>
      </w:pPr>
    </w:p>
    <w:tbl>
      <w:tblPr>
        <w:tblpPr w:leftFromText="141" w:rightFromText="141" w:vertAnchor="text" w:horzAnchor="margin" w:tblpY="133"/>
        <w:tblW w:w="0" w:type="auto"/>
        <w:tblLayout w:type="fixed"/>
        <w:tblLook w:val="04A0" w:firstRow="1" w:lastRow="0" w:firstColumn="1" w:lastColumn="0" w:noHBand="0" w:noVBand="1"/>
      </w:tblPr>
      <w:tblGrid>
        <w:gridCol w:w="10036"/>
      </w:tblGrid>
      <w:tr w:rsidR="00605FD5" w14:paraId="39FC08FB" w14:textId="77777777" w:rsidTr="00605FD5"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28FF1772" w14:textId="2162AD2F" w:rsidR="00605FD5" w:rsidRDefault="00605FD5" w:rsidP="00B17F0A">
            <w:pPr>
              <w:keepLines/>
              <w:spacing w:after="100" w:line="240" w:lineRule="auto"/>
            </w:pPr>
            <w:r>
              <w:rPr>
                <w:b/>
                <w:color w:val="17365D"/>
                <w:sz w:val="22"/>
              </w:rPr>
              <w:t xml:space="preserve">Poza </w:t>
            </w:r>
            <w:proofErr w:type="spellStart"/>
            <w:r>
              <w:rPr>
                <w:b/>
                <w:color w:val="17365D"/>
                <w:sz w:val="22"/>
              </w:rPr>
              <w:t>planem</w:t>
            </w:r>
            <w:proofErr w:type="spellEnd"/>
            <w:r>
              <w:rPr>
                <w:b/>
                <w:color w:val="17365D"/>
                <w:sz w:val="22"/>
              </w:rPr>
              <w:t xml:space="preserve"> – o </w:t>
            </w:r>
            <w:proofErr w:type="spellStart"/>
            <w:r>
              <w:rPr>
                <w:b/>
                <w:color w:val="17365D"/>
                <w:sz w:val="22"/>
              </w:rPr>
              <w:t>zatrzymaniu</w:t>
            </w:r>
            <w:proofErr w:type="spellEnd"/>
            <w:r>
              <w:rPr>
                <w:b/>
                <w:color w:val="17365D"/>
                <w:sz w:val="22"/>
              </w:rPr>
              <w:t xml:space="preserve">, </w:t>
            </w:r>
            <w:proofErr w:type="spellStart"/>
            <w:r>
              <w:rPr>
                <w:b/>
                <w:color w:val="17365D"/>
                <w:sz w:val="22"/>
              </w:rPr>
              <w:t>oddechu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małych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sposobach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na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dbanie</w:t>
            </w:r>
            <w:proofErr w:type="spellEnd"/>
            <w:r>
              <w:rPr>
                <w:b/>
                <w:color w:val="17365D"/>
                <w:sz w:val="22"/>
              </w:rPr>
              <w:t xml:space="preserve"> o </w:t>
            </w:r>
            <w:proofErr w:type="spellStart"/>
            <w:r>
              <w:rPr>
                <w:b/>
                <w:color w:val="17365D"/>
                <w:sz w:val="22"/>
              </w:rPr>
              <w:t>swój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dobrostan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r>
              <w:rPr>
                <w:b/>
                <w:color w:val="17365D"/>
                <w:sz w:val="22"/>
              </w:rPr>
              <w:br/>
              <w:t xml:space="preserve">w </w:t>
            </w:r>
            <w:proofErr w:type="spellStart"/>
            <w:r>
              <w:rPr>
                <w:b/>
                <w:color w:val="17365D"/>
                <w:sz w:val="22"/>
              </w:rPr>
              <w:t>codzienności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nauczyciela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5D333F3D" w14:textId="77777777" w:rsidR="00605FD5" w:rsidRDefault="00605FD5" w:rsidP="00B17F0A">
            <w:pPr>
              <w:keepLines/>
              <w:spacing w:after="60" w:line="240" w:lineRule="auto"/>
            </w:pPr>
            <w:r>
              <w:rPr>
                <w:color w:val="5C6F82"/>
                <w:sz w:val="19"/>
              </w:rPr>
              <w:t>Prowadząca: Natalia Kaciupska</w:t>
            </w:r>
          </w:p>
          <w:p w14:paraId="120DE44D" w14:textId="77777777" w:rsidR="00605FD5" w:rsidRDefault="00605FD5" w:rsidP="00B17F0A">
            <w:pPr>
              <w:keepLines/>
              <w:spacing w:after="60" w:line="240" w:lineRule="auto"/>
            </w:pPr>
            <w:r>
              <w:rPr>
                <w:b/>
                <w:color w:val="0B78B5"/>
                <w:sz w:val="19"/>
              </w:rPr>
              <w:t>Termin: 20.11.2026 r., godz. 16:30</w:t>
            </w:r>
          </w:p>
        </w:tc>
      </w:tr>
    </w:tbl>
    <w:p w14:paraId="6A6B7842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713ED610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37F17B48" w14:textId="619AB91E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Dźwiękiem do emocji – </w:t>
            </w:r>
            <w:proofErr w:type="spellStart"/>
            <w:r>
              <w:rPr>
                <w:b/>
                <w:color w:val="17365D"/>
                <w:sz w:val="22"/>
              </w:rPr>
              <w:t>muzyka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jako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narzędzie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wspierania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rozwoju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przedszkolaka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461343EF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Agnieszka Smolarek</w:t>
            </w:r>
          </w:p>
          <w:p w14:paraId="6C220C4D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Termin: 14.01.2027 r., godz. 16:30</w:t>
            </w:r>
          </w:p>
        </w:tc>
      </w:tr>
    </w:tbl>
    <w:p w14:paraId="12A719D4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7AA037FB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2F9690CA" w14:textId="07BC93F6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Funkcjonowanie dziecka w </w:t>
            </w:r>
            <w:proofErr w:type="spellStart"/>
            <w:r>
              <w:rPr>
                <w:b/>
                <w:color w:val="17365D"/>
                <w:sz w:val="22"/>
              </w:rPr>
              <w:t>spektrum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autyzmu</w:t>
            </w:r>
            <w:proofErr w:type="spellEnd"/>
            <w:r>
              <w:rPr>
                <w:b/>
                <w:color w:val="17365D"/>
                <w:sz w:val="22"/>
              </w:rPr>
              <w:t xml:space="preserve"> – </w:t>
            </w:r>
            <w:proofErr w:type="spellStart"/>
            <w:r>
              <w:rPr>
                <w:b/>
                <w:color w:val="17365D"/>
                <w:sz w:val="22"/>
              </w:rPr>
              <w:t>zasoby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wyzwania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3E3D66C1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Magdalena Rybińska</w:t>
            </w:r>
          </w:p>
          <w:p w14:paraId="549BDDFE" w14:textId="0C586986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Termin: 04.03.202</w:t>
            </w:r>
            <w:r w:rsidR="00605FD5">
              <w:rPr>
                <w:b/>
                <w:color w:val="0B78B5"/>
                <w:sz w:val="19"/>
              </w:rPr>
              <w:t>7</w:t>
            </w:r>
            <w:r>
              <w:rPr>
                <w:b/>
                <w:color w:val="0B78B5"/>
                <w:sz w:val="19"/>
              </w:rPr>
              <w:t xml:space="preserve"> r., godz. 16:00</w:t>
            </w:r>
          </w:p>
        </w:tc>
      </w:tr>
    </w:tbl>
    <w:p w14:paraId="434287C4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2E781C6D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6A5F3401" w14:textId="6884F299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Nauczyciel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jako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doradca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zawodowy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r w:rsidR="00B17F0A">
              <w:rPr>
                <w:b/>
                <w:color w:val="17365D"/>
                <w:sz w:val="22"/>
              </w:rPr>
              <w:t>.</w:t>
            </w:r>
            <w:r>
              <w:rPr>
                <w:b/>
                <w:color w:val="17365D"/>
                <w:sz w:val="22"/>
              </w:rPr>
              <w:t>(</w:t>
            </w:r>
            <w:proofErr w:type="spellStart"/>
            <w:r>
              <w:rPr>
                <w:b/>
                <w:color w:val="17365D"/>
                <w:sz w:val="22"/>
              </w:rPr>
              <w:t>nauczyciele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klas</w:t>
            </w:r>
            <w:proofErr w:type="spellEnd"/>
            <w:r>
              <w:rPr>
                <w:b/>
                <w:color w:val="17365D"/>
                <w:sz w:val="22"/>
              </w:rPr>
              <w:t xml:space="preserve"> VII-VIII)</w:t>
            </w:r>
          </w:p>
          <w:p w14:paraId="615B0758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Monika Skurpel</w:t>
            </w:r>
          </w:p>
          <w:p w14:paraId="7C3593E8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Termin: 14.04.2027 r., godz. 16:30</w:t>
            </w:r>
          </w:p>
        </w:tc>
      </w:tr>
    </w:tbl>
    <w:p w14:paraId="50B4C215" w14:textId="17D04CDC" w:rsidR="00A466B6" w:rsidRDefault="00A466B6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5018"/>
      </w:tblGrid>
      <w:tr w:rsidR="00A466B6" w14:paraId="5CBCB1B5" w14:textId="77777777">
        <w:trPr>
          <w:jc w:val="center"/>
        </w:trPr>
        <w:tc>
          <w:tcPr>
            <w:tcW w:w="900" w:type="dxa"/>
            <w:tcBorders>
              <w:bottom w:val="single" w:sz="10" w:space="0" w:color="138A63"/>
            </w:tcBorders>
            <w:shd w:val="clear" w:color="auto" w:fill="F7C928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41867F2A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b/>
                <w:color w:val="17365D"/>
                <w:sz w:val="38"/>
              </w:rPr>
              <w:t>●</w:t>
            </w:r>
          </w:p>
        </w:tc>
        <w:tc>
          <w:tcPr>
            <w:tcW w:w="5018" w:type="dxa"/>
            <w:tcBorders>
              <w:bottom w:val="single" w:sz="10" w:space="0" w:color="138A63"/>
            </w:tcBorders>
            <w:shd w:val="clear" w:color="auto" w:fill="138A63"/>
            <w:tcMar>
              <w:top w:w="145" w:type="dxa"/>
              <w:left w:w="210" w:type="dxa"/>
              <w:bottom w:w="145" w:type="dxa"/>
              <w:right w:w="210" w:type="dxa"/>
            </w:tcMar>
            <w:vAlign w:val="center"/>
          </w:tcPr>
          <w:p w14:paraId="5FC9386F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7C928"/>
                <w:sz w:val="19"/>
              </w:rPr>
              <w:t>DLA SPECJALISTÓW</w:t>
            </w:r>
          </w:p>
          <w:p w14:paraId="4586F3C8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FFFFF"/>
                <w:sz w:val="34"/>
              </w:rPr>
              <w:t>Sieci współpracy</w:t>
            </w:r>
          </w:p>
          <w:p w14:paraId="41CCFC08" w14:textId="77777777" w:rsidR="00A466B6" w:rsidRDefault="00000000">
            <w:pPr>
              <w:keepLines/>
              <w:spacing w:after="60" w:line="259" w:lineRule="auto"/>
              <w:rPr>
                <w:color w:val="FFFFFF"/>
                <w:sz w:val="18"/>
              </w:rPr>
            </w:pPr>
            <w:proofErr w:type="spellStart"/>
            <w:r>
              <w:rPr>
                <w:color w:val="FFFFFF"/>
                <w:sz w:val="18"/>
              </w:rPr>
              <w:t>Cykliczne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spotkania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dla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specjalistów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zatrudnionych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r w:rsidR="009A791F">
              <w:rPr>
                <w:color w:val="FFFFFF"/>
                <w:sz w:val="18"/>
              </w:rPr>
              <w:br/>
            </w:r>
            <w:r>
              <w:rPr>
                <w:color w:val="FFFFFF"/>
                <w:sz w:val="18"/>
              </w:rPr>
              <w:t xml:space="preserve">w </w:t>
            </w:r>
            <w:proofErr w:type="spellStart"/>
            <w:r>
              <w:rPr>
                <w:color w:val="FFFFFF"/>
                <w:sz w:val="18"/>
              </w:rPr>
              <w:t>przedszkolach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i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szkołach</w:t>
            </w:r>
            <w:proofErr w:type="spellEnd"/>
            <w:r>
              <w:rPr>
                <w:color w:val="FFFFFF"/>
                <w:sz w:val="18"/>
              </w:rPr>
              <w:t>.</w:t>
            </w:r>
          </w:p>
          <w:p w14:paraId="65432A5A" w14:textId="388480CE" w:rsidR="00B17F0A" w:rsidRDefault="00B17F0A">
            <w:pPr>
              <w:keepLines/>
              <w:spacing w:after="60" w:line="259" w:lineRule="auto"/>
            </w:pPr>
            <w:proofErr w:type="spellStart"/>
            <w:r>
              <w:rPr>
                <w:color w:val="FFFFFF"/>
                <w:sz w:val="18"/>
              </w:rPr>
              <w:t>Terminy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spotkań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zostaną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przesłane</w:t>
            </w:r>
            <w:proofErr w:type="spellEnd"/>
            <w:r>
              <w:rPr>
                <w:color w:val="FFFFFF"/>
                <w:sz w:val="18"/>
              </w:rPr>
              <w:t xml:space="preserve"> w </w:t>
            </w:r>
            <w:proofErr w:type="spellStart"/>
            <w:r>
              <w:rPr>
                <w:color w:val="FFFFFF"/>
                <w:sz w:val="18"/>
              </w:rPr>
              <w:t>odrębnej</w:t>
            </w:r>
            <w:proofErr w:type="spellEnd"/>
            <w:r>
              <w:rPr>
                <w:color w:val="FFFFFF"/>
                <w:sz w:val="18"/>
              </w:rPr>
              <w:t xml:space="preserve"> </w:t>
            </w:r>
            <w:proofErr w:type="spellStart"/>
            <w:r>
              <w:rPr>
                <w:color w:val="FFFFFF"/>
                <w:sz w:val="18"/>
              </w:rPr>
              <w:t>informacji</w:t>
            </w:r>
            <w:proofErr w:type="spellEnd"/>
            <w:r>
              <w:rPr>
                <w:color w:val="FFFFFF"/>
                <w:sz w:val="18"/>
              </w:rPr>
              <w:t>.</w:t>
            </w:r>
          </w:p>
        </w:tc>
      </w:tr>
    </w:tbl>
    <w:p w14:paraId="4DFA65FD" w14:textId="77777777" w:rsidR="00A466B6" w:rsidRDefault="00A466B6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1866A188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1A2770B5" w14:textId="77777777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>Sieć współpracy dla psychologów, pedagogów i pedagogów specjalnych</w:t>
            </w:r>
          </w:p>
          <w:p w14:paraId="761B8267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Koordynujące: Katarzyna Andrzejewska, Barbara Orłowska</w:t>
            </w:r>
          </w:p>
        </w:tc>
      </w:tr>
    </w:tbl>
    <w:p w14:paraId="344F987A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7D3536EE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6C995164" w14:textId="77777777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>Sieć współpracy dla logopedów</w:t>
            </w:r>
          </w:p>
          <w:p w14:paraId="50D457B2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Koordynujące: Małgorzata Sobala, Natalia Kaciupska</w:t>
            </w:r>
          </w:p>
        </w:tc>
      </w:tr>
    </w:tbl>
    <w:p w14:paraId="153164E4" w14:textId="77777777" w:rsidR="00A466B6" w:rsidRDefault="00A466B6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5018"/>
      </w:tblGrid>
      <w:tr w:rsidR="00A466B6" w14:paraId="5046C35D" w14:textId="77777777">
        <w:trPr>
          <w:jc w:val="center"/>
        </w:trPr>
        <w:tc>
          <w:tcPr>
            <w:tcW w:w="900" w:type="dxa"/>
            <w:tcBorders>
              <w:bottom w:val="single" w:sz="10" w:space="0" w:color="0B78B5"/>
            </w:tcBorders>
            <w:shd w:val="clear" w:color="auto" w:fill="F7C928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22F84530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b/>
                <w:color w:val="17365D"/>
                <w:sz w:val="38"/>
              </w:rPr>
              <w:t>●</w:t>
            </w:r>
          </w:p>
        </w:tc>
        <w:tc>
          <w:tcPr>
            <w:tcW w:w="5018" w:type="dxa"/>
            <w:tcBorders>
              <w:bottom w:val="single" w:sz="10" w:space="0" w:color="0B78B5"/>
            </w:tcBorders>
            <w:shd w:val="clear" w:color="auto" w:fill="0B78B5"/>
            <w:tcMar>
              <w:top w:w="145" w:type="dxa"/>
              <w:left w:w="210" w:type="dxa"/>
              <w:bottom w:w="145" w:type="dxa"/>
              <w:right w:w="210" w:type="dxa"/>
            </w:tcMar>
            <w:vAlign w:val="center"/>
          </w:tcPr>
          <w:p w14:paraId="29830B6B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7C928"/>
                <w:sz w:val="19"/>
              </w:rPr>
              <w:t>DLA DZIECI I UCZNIÓW</w:t>
            </w:r>
          </w:p>
          <w:p w14:paraId="2359DE91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FFFFF"/>
                <w:sz w:val="34"/>
              </w:rPr>
              <w:t>Zajęcia na terenie Poradni</w:t>
            </w:r>
          </w:p>
          <w:p w14:paraId="49BC1A38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FFFFFF"/>
                <w:sz w:val="18"/>
              </w:rPr>
              <w:t>Udział po wcześniejszej kwalifikacji przez osoby prowadzące.</w:t>
            </w:r>
          </w:p>
        </w:tc>
      </w:tr>
    </w:tbl>
    <w:p w14:paraId="45C1ABA3" w14:textId="77777777" w:rsidR="00A466B6" w:rsidRDefault="00A466B6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41246C88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31E278CA" w14:textId="4E4E3022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Trening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Umiejętności</w:t>
            </w:r>
            <w:proofErr w:type="spellEnd"/>
            <w:r>
              <w:rPr>
                <w:b/>
                <w:color w:val="17365D"/>
                <w:sz w:val="22"/>
              </w:rPr>
              <w:t xml:space="preserve"> Społecznych</w:t>
            </w:r>
            <w:r w:rsidR="00B17F0A">
              <w:rPr>
                <w:b/>
                <w:color w:val="17365D"/>
                <w:sz w:val="22"/>
              </w:rPr>
              <w:t>.</w:t>
            </w:r>
          </w:p>
          <w:p w14:paraId="5840986D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Prowadzące: Magdalena Rybińska, Barbara Orłowska</w:t>
            </w:r>
          </w:p>
        </w:tc>
      </w:tr>
    </w:tbl>
    <w:p w14:paraId="2D647C91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5D64063A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030B9461" w14:textId="28996544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Terapia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trudności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matematycznych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6E480E93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Barbara Orłowska</w:t>
            </w:r>
          </w:p>
        </w:tc>
      </w:tr>
    </w:tbl>
    <w:p w14:paraId="614FD455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10578A5E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4E91A4FC" w14:textId="1FCE9E2C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Muzyczne rączki – </w:t>
            </w:r>
            <w:proofErr w:type="spellStart"/>
            <w:r>
              <w:rPr>
                <w:b/>
                <w:color w:val="17365D"/>
                <w:sz w:val="22"/>
              </w:rPr>
              <w:t>zajęcia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elementami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muzyki</w:t>
            </w:r>
            <w:proofErr w:type="spellEnd"/>
            <w:r>
              <w:rPr>
                <w:b/>
                <w:color w:val="17365D"/>
                <w:sz w:val="22"/>
              </w:rPr>
              <w:t xml:space="preserve"> i </w:t>
            </w:r>
            <w:proofErr w:type="spellStart"/>
            <w:r>
              <w:rPr>
                <w:b/>
                <w:color w:val="17365D"/>
                <w:sz w:val="22"/>
              </w:rPr>
              <w:t>terapii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ręki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  <w:r>
              <w:rPr>
                <w:b/>
                <w:color w:val="17365D"/>
                <w:sz w:val="22"/>
              </w:rPr>
              <w:t xml:space="preserve"> (klasy I-III)</w:t>
            </w:r>
          </w:p>
          <w:p w14:paraId="447324CC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Agnieszka Smolarek</w:t>
            </w:r>
          </w:p>
        </w:tc>
      </w:tr>
    </w:tbl>
    <w:p w14:paraId="0963ECFA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05737961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5986E878" w14:textId="5496C7DD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RSA/HRV </w:t>
            </w:r>
            <w:proofErr w:type="spellStart"/>
            <w:r>
              <w:rPr>
                <w:b/>
                <w:color w:val="17365D"/>
                <w:sz w:val="22"/>
              </w:rPr>
              <w:t>Biofedback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27911F88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Agnieszka Smolarek</w:t>
            </w:r>
          </w:p>
        </w:tc>
      </w:tr>
    </w:tbl>
    <w:p w14:paraId="3A0430F7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2BF30A26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4DD74C72" w14:textId="377E46DF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Zajęcia dla dzieci </w:t>
            </w:r>
            <w:proofErr w:type="spellStart"/>
            <w:r>
              <w:rPr>
                <w:b/>
                <w:color w:val="17365D"/>
                <w:sz w:val="22"/>
              </w:rPr>
              <w:t>mających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trudności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czytaniu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pisaniu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  <w:r>
              <w:rPr>
                <w:b/>
                <w:color w:val="17365D"/>
                <w:sz w:val="22"/>
              </w:rPr>
              <w:t xml:space="preserve"> (klasy I-III)</w:t>
            </w:r>
          </w:p>
          <w:p w14:paraId="579C8DA6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Monika Skurpel</w:t>
            </w:r>
          </w:p>
        </w:tc>
      </w:tr>
    </w:tbl>
    <w:p w14:paraId="25D91C6A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2382F930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1523C25C" w14:textId="0271ADD6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Moje super moce – jak </w:t>
            </w:r>
            <w:proofErr w:type="spellStart"/>
            <w:r>
              <w:rPr>
                <w:b/>
                <w:color w:val="17365D"/>
                <w:sz w:val="22"/>
              </w:rPr>
              <w:t>okiełznać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emocje</w:t>
            </w:r>
            <w:proofErr w:type="spellEnd"/>
            <w:r>
              <w:rPr>
                <w:b/>
                <w:color w:val="17365D"/>
                <w:sz w:val="22"/>
              </w:rPr>
              <w:t xml:space="preserve"> i </w:t>
            </w:r>
            <w:proofErr w:type="spellStart"/>
            <w:r>
              <w:rPr>
                <w:b/>
                <w:color w:val="17365D"/>
                <w:sz w:val="22"/>
              </w:rPr>
              <w:t>skupić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uwagę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  <w:r>
              <w:rPr>
                <w:b/>
                <w:color w:val="17365D"/>
                <w:sz w:val="22"/>
              </w:rPr>
              <w:t xml:space="preserve"> (klasy III)</w:t>
            </w:r>
          </w:p>
          <w:p w14:paraId="17E41193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Prowadzące: Katarzyna Andrzejewska, Aleksandra Szkudlarek</w:t>
            </w:r>
          </w:p>
        </w:tc>
      </w:tr>
    </w:tbl>
    <w:p w14:paraId="729E7688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49417AA1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0B78B5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44364647" w14:textId="5E268F88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Mam to pod kontrolą – o tym, jak radzić </w:t>
            </w:r>
            <w:proofErr w:type="spellStart"/>
            <w:r>
              <w:rPr>
                <w:b/>
                <w:color w:val="17365D"/>
                <w:sz w:val="22"/>
              </w:rPr>
              <w:t>sobie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emocjami</w:t>
            </w:r>
            <w:proofErr w:type="spellEnd"/>
            <w:r>
              <w:rPr>
                <w:b/>
                <w:color w:val="17365D"/>
                <w:sz w:val="22"/>
              </w:rPr>
              <w:t xml:space="preserve">, </w:t>
            </w:r>
            <w:proofErr w:type="spellStart"/>
            <w:r>
              <w:rPr>
                <w:b/>
                <w:color w:val="17365D"/>
                <w:sz w:val="22"/>
              </w:rPr>
              <w:t>rozproszeniem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codziennymi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wyzwaniami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  <w:r>
              <w:rPr>
                <w:b/>
                <w:color w:val="17365D"/>
                <w:sz w:val="22"/>
              </w:rPr>
              <w:t xml:space="preserve"> (klasy V)</w:t>
            </w:r>
          </w:p>
          <w:p w14:paraId="7132E9D5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Prowadzące: Katarzyna Andrzejewska, Aleksandra Szkudlarek</w:t>
            </w:r>
          </w:p>
        </w:tc>
      </w:tr>
    </w:tbl>
    <w:p w14:paraId="700A3BD7" w14:textId="77777777" w:rsidR="00A466B6" w:rsidRDefault="00A466B6">
      <w:pPr>
        <w:spacing w:after="0" w:line="192" w:lineRule="auto"/>
      </w:pPr>
    </w:p>
    <w:p w14:paraId="53A6A0A3" w14:textId="70D3E4B0" w:rsidR="00A466B6" w:rsidRDefault="00A466B6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5018"/>
      </w:tblGrid>
      <w:tr w:rsidR="00A466B6" w14:paraId="59E94934" w14:textId="77777777">
        <w:trPr>
          <w:jc w:val="center"/>
        </w:trPr>
        <w:tc>
          <w:tcPr>
            <w:tcW w:w="900" w:type="dxa"/>
            <w:tcBorders>
              <w:bottom w:val="single" w:sz="10" w:space="0" w:color="138A63"/>
            </w:tcBorders>
            <w:shd w:val="clear" w:color="auto" w:fill="F7C928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3A6D7F08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b/>
                <w:color w:val="17365D"/>
                <w:sz w:val="38"/>
              </w:rPr>
              <w:t>●</w:t>
            </w:r>
          </w:p>
        </w:tc>
        <w:tc>
          <w:tcPr>
            <w:tcW w:w="5018" w:type="dxa"/>
            <w:tcBorders>
              <w:bottom w:val="single" w:sz="10" w:space="0" w:color="138A63"/>
            </w:tcBorders>
            <w:shd w:val="clear" w:color="auto" w:fill="138A63"/>
            <w:tcMar>
              <w:top w:w="145" w:type="dxa"/>
              <w:left w:w="210" w:type="dxa"/>
              <w:bottom w:w="145" w:type="dxa"/>
              <w:right w:w="210" w:type="dxa"/>
            </w:tcMar>
            <w:vAlign w:val="center"/>
          </w:tcPr>
          <w:p w14:paraId="15AF2C60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7C928"/>
                <w:sz w:val="19"/>
              </w:rPr>
              <w:t>DLA SZKÓŁ</w:t>
            </w:r>
          </w:p>
          <w:p w14:paraId="7C4629E0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FFFFF"/>
                <w:sz w:val="34"/>
              </w:rPr>
              <w:t>Zajęcia dla uczniów prowadzone na terenie szkół</w:t>
            </w:r>
          </w:p>
          <w:p w14:paraId="2AC16FC3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FFFFFF"/>
                <w:sz w:val="18"/>
              </w:rPr>
              <w:t>Warsztaty, działania profilaktyczne i badania przesiewowe.</w:t>
            </w:r>
          </w:p>
        </w:tc>
      </w:tr>
    </w:tbl>
    <w:p w14:paraId="65AA4706" w14:textId="77777777" w:rsidR="00A466B6" w:rsidRDefault="00A466B6">
      <w:pPr>
        <w:spacing w:after="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6"/>
      </w:tblGrid>
      <w:tr w:rsidR="00A466B6" w14:paraId="004F1AF4" w14:textId="77777777">
        <w:tc>
          <w:tcPr>
            <w:tcW w:w="10036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5073AA0A" w14:textId="0BF93917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Zajęcia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grupowe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formie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warsztatów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doradztwa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zawodowego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dla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uczniów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klas</w:t>
            </w:r>
            <w:proofErr w:type="spellEnd"/>
            <w:r>
              <w:rPr>
                <w:b/>
                <w:color w:val="17365D"/>
                <w:sz w:val="22"/>
              </w:rPr>
              <w:t xml:space="preserve"> VII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VIII</w:t>
            </w:r>
            <w:r w:rsidR="009A791F">
              <w:rPr>
                <w:b/>
                <w:color w:val="17365D"/>
                <w:sz w:val="22"/>
              </w:rPr>
              <w:t>:</w:t>
            </w:r>
          </w:p>
        </w:tc>
      </w:tr>
    </w:tbl>
    <w:p w14:paraId="75C9A388" w14:textId="77777777" w:rsidR="00A466B6" w:rsidRDefault="00A466B6">
      <w:pPr>
        <w:spacing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511"/>
      </w:tblGrid>
      <w:tr w:rsidR="00A466B6" w14:paraId="0C596F13" w14:textId="77777777" w:rsidTr="009A791F">
        <w:trPr>
          <w:jc w:val="center"/>
        </w:trPr>
        <w:tc>
          <w:tcPr>
            <w:tcW w:w="9511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53938EA5" w14:textId="085D355F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Poznaję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siebie</w:t>
            </w:r>
            <w:proofErr w:type="spellEnd"/>
            <w:r>
              <w:rPr>
                <w:b/>
                <w:color w:val="17365D"/>
                <w:sz w:val="22"/>
              </w:rPr>
              <w:t xml:space="preserve"> – </w:t>
            </w:r>
            <w:proofErr w:type="spellStart"/>
            <w:r>
              <w:rPr>
                <w:b/>
                <w:color w:val="17365D"/>
                <w:sz w:val="22"/>
              </w:rPr>
              <w:t>moje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zasoby</w:t>
            </w:r>
            <w:proofErr w:type="spellEnd"/>
            <w:r>
              <w:rPr>
                <w:b/>
                <w:color w:val="17365D"/>
                <w:sz w:val="22"/>
              </w:rPr>
              <w:t xml:space="preserve">, </w:t>
            </w:r>
            <w:proofErr w:type="spellStart"/>
            <w:r>
              <w:rPr>
                <w:b/>
                <w:color w:val="17365D"/>
                <w:sz w:val="22"/>
              </w:rPr>
              <w:t>zainteresowania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predyspozycje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5ED429EE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Monika Skurpel</w:t>
            </w:r>
          </w:p>
        </w:tc>
      </w:tr>
    </w:tbl>
    <w:p w14:paraId="5E06D6AF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470"/>
      </w:tblGrid>
      <w:tr w:rsidR="00A466B6" w14:paraId="353208FA" w14:textId="77777777" w:rsidTr="009A791F">
        <w:trPr>
          <w:jc w:val="center"/>
        </w:trPr>
        <w:tc>
          <w:tcPr>
            <w:tcW w:w="9470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4766ECE9" w14:textId="7AD52346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Wartości</w:t>
            </w:r>
            <w:proofErr w:type="spellEnd"/>
            <w:r>
              <w:rPr>
                <w:b/>
                <w:color w:val="17365D"/>
                <w:sz w:val="22"/>
              </w:rPr>
              <w:t xml:space="preserve"> – co jest dla </w:t>
            </w:r>
            <w:proofErr w:type="spellStart"/>
            <w:r>
              <w:rPr>
                <w:b/>
                <w:color w:val="17365D"/>
                <w:sz w:val="22"/>
              </w:rPr>
              <w:t>mnie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ważne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życiu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pracy</w:t>
            </w:r>
            <w:proofErr w:type="spellEnd"/>
            <w:r w:rsidR="00B17F0A">
              <w:rPr>
                <w:b/>
                <w:color w:val="17365D"/>
                <w:sz w:val="22"/>
              </w:rPr>
              <w:t>?</w:t>
            </w:r>
          </w:p>
          <w:p w14:paraId="529B91B7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Monika Skurpel</w:t>
            </w:r>
          </w:p>
        </w:tc>
      </w:tr>
    </w:tbl>
    <w:p w14:paraId="5B8F1D16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531"/>
      </w:tblGrid>
      <w:tr w:rsidR="00A466B6" w14:paraId="65D51448" w14:textId="77777777" w:rsidTr="009A791F">
        <w:trPr>
          <w:jc w:val="center"/>
        </w:trPr>
        <w:tc>
          <w:tcPr>
            <w:tcW w:w="9531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1C5BACA9" w14:textId="5DB7233F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Co </w:t>
            </w:r>
            <w:proofErr w:type="spellStart"/>
            <w:r>
              <w:rPr>
                <w:b/>
                <w:color w:val="17365D"/>
                <w:sz w:val="22"/>
              </w:rPr>
              <w:t>potrafię</w:t>
            </w:r>
            <w:proofErr w:type="spellEnd"/>
            <w:r>
              <w:rPr>
                <w:b/>
                <w:color w:val="17365D"/>
                <w:sz w:val="22"/>
              </w:rPr>
              <w:t xml:space="preserve"> – </w:t>
            </w:r>
            <w:proofErr w:type="spellStart"/>
            <w:r>
              <w:rPr>
                <w:b/>
                <w:color w:val="17365D"/>
                <w:sz w:val="22"/>
              </w:rPr>
              <w:t>moje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umiejętności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kompetencje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03FB96CE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Monika Skurpel</w:t>
            </w:r>
          </w:p>
        </w:tc>
      </w:tr>
    </w:tbl>
    <w:p w14:paraId="3A77F7E1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531"/>
      </w:tblGrid>
      <w:tr w:rsidR="00A466B6" w14:paraId="0E236692" w14:textId="77777777" w:rsidTr="009A791F">
        <w:trPr>
          <w:jc w:val="center"/>
        </w:trPr>
        <w:tc>
          <w:tcPr>
            <w:tcW w:w="9531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276D57E5" w14:textId="55D01A9A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Jak </w:t>
            </w:r>
            <w:proofErr w:type="spellStart"/>
            <w:r>
              <w:rPr>
                <w:b/>
                <w:color w:val="17365D"/>
                <w:sz w:val="22"/>
              </w:rPr>
              <w:t>technologia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sztuczna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inteligencja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mogą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zmienić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zawód</w:t>
            </w:r>
            <w:proofErr w:type="spellEnd"/>
            <w:r w:rsidR="00B17F0A">
              <w:rPr>
                <w:b/>
                <w:color w:val="17365D"/>
                <w:sz w:val="22"/>
              </w:rPr>
              <w:t>?</w:t>
            </w:r>
          </w:p>
          <w:p w14:paraId="28D1A7E9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Monika Skurpel</w:t>
            </w:r>
          </w:p>
        </w:tc>
      </w:tr>
    </w:tbl>
    <w:p w14:paraId="7F22A91B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03"/>
      </w:tblGrid>
      <w:tr w:rsidR="00A466B6" w14:paraId="25DED9D7" w14:textId="77777777" w:rsidTr="009A791F">
        <w:trPr>
          <w:jc w:val="center"/>
        </w:trPr>
        <w:tc>
          <w:tcPr>
            <w:tcW w:w="10203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6FBE683E" w14:textId="2B99634F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Badania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przesiewowe</w:t>
            </w:r>
            <w:proofErr w:type="spellEnd"/>
            <w:r>
              <w:rPr>
                <w:b/>
                <w:color w:val="17365D"/>
                <w:sz w:val="22"/>
              </w:rPr>
              <w:t xml:space="preserve"> pod </w:t>
            </w:r>
            <w:proofErr w:type="spellStart"/>
            <w:r>
              <w:rPr>
                <w:b/>
                <w:color w:val="17365D"/>
                <w:sz w:val="22"/>
              </w:rPr>
              <w:t>kątem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wykrywania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ryzyka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dysleksji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  <w:r>
              <w:rPr>
                <w:b/>
                <w:color w:val="17365D"/>
                <w:sz w:val="22"/>
              </w:rPr>
              <w:t xml:space="preserve"> (klasy III)</w:t>
            </w:r>
          </w:p>
          <w:p w14:paraId="76B2010A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Monika Skurpel</w:t>
            </w:r>
          </w:p>
        </w:tc>
      </w:tr>
    </w:tbl>
    <w:p w14:paraId="7157D4A9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20"/>
      </w:tblGrid>
      <w:tr w:rsidR="00A466B6" w14:paraId="46111C98" w14:textId="77777777" w:rsidTr="009A791F">
        <w:trPr>
          <w:jc w:val="center"/>
        </w:trPr>
        <w:tc>
          <w:tcPr>
            <w:tcW w:w="10220" w:type="dxa"/>
            <w:tcBorders>
              <w:top w:val="single" w:sz="5" w:space="0" w:color="D8E4EC"/>
              <w:left w:val="single" w:sz="28" w:space="0" w:color="138A63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51864324" w14:textId="36838D9D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>„</w:t>
            </w:r>
            <w:proofErr w:type="spellStart"/>
            <w:r>
              <w:rPr>
                <w:b/>
                <w:color w:val="17365D"/>
                <w:sz w:val="22"/>
              </w:rPr>
              <w:t>Higiena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mózgu</w:t>
            </w:r>
            <w:proofErr w:type="spellEnd"/>
            <w:r>
              <w:rPr>
                <w:b/>
                <w:color w:val="17365D"/>
                <w:sz w:val="22"/>
              </w:rPr>
              <w:t xml:space="preserve">” – </w:t>
            </w:r>
            <w:proofErr w:type="spellStart"/>
            <w:r>
              <w:rPr>
                <w:b/>
                <w:color w:val="17365D"/>
                <w:sz w:val="22"/>
              </w:rPr>
              <w:t>wykład</w:t>
            </w:r>
            <w:proofErr w:type="spellEnd"/>
            <w:r>
              <w:rPr>
                <w:b/>
                <w:color w:val="17365D"/>
                <w:sz w:val="22"/>
              </w:rPr>
              <w:t xml:space="preserve"> na temat zdrowego </w:t>
            </w:r>
            <w:proofErr w:type="spellStart"/>
            <w:r>
              <w:rPr>
                <w:b/>
                <w:color w:val="17365D"/>
                <w:sz w:val="22"/>
              </w:rPr>
              <w:t>stylu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życia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uwzględnieniem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uzależnienia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od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multimediów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  <w:r>
              <w:rPr>
                <w:b/>
                <w:color w:val="17365D"/>
                <w:sz w:val="22"/>
              </w:rPr>
              <w:t xml:space="preserve"> (klasy VII-VIII, szkoły ponadpodstawowe)</w:t>
            </w:r>
          </w:p>
          <w:p w14:paraId="26CA9DB6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Prowadząca: Katarzyna Andrzejewska</w:t>
            </w:r>
          </w:p>
        </w:tc>
      </w:tr>
    </w:tbl>
    <w:p w14:paraId="1982C604" w14:textId="77777777" w:rsidR="00A466B6" w:rsidRDefault="00A466B6">
      <w:pPr>
        <w:spacing w:after="0" w:line="192" w:lineRule="auto"/>
      </w:pPr>
    </w:p>
    <w:p w14:paraId="48F35647" w14:textId="77777777" w:rsidR="00A466B6" w:rsidRDefault="00000000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5018"/>
      </w:tblGrid>
      <w:tr w:rsidR="00A466B6" w14:paraId="3B61B031" w14:textId="77777777">
        <w:trPr>
          <w:jc w:val="center"/>
        </w:trPr>
        <w:tc>
          <w:tcPr>
            <w:tcW w:w="900" w:type="dxa"/>
            <w:tcBorders>
              <w:bottom w:val="single" w:sz="10" w:space="0" w:color="17365D"/>
            </w:tcBorders>
            <w:shd w:val="clear" w:color="auto" w:fill="F7C928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3A41BEEE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b/>
                <w:color w:val="17365D"/>
                <w:sz w:val="38"/>
              </w:rPr>
              <w:t>●</w:t>
            </w:r>
          </w:p>
        </w:tc>
        <w:tc>
          <w:tcPr>
            <w:tcW w:w="5018" w:type="dxa"/>
            <w:tcBorders>
              <w:bottom w:val="single" w:sz="10" w:space="0" w:color="17365D"/>
            </w:tcBorders>
            <w:shd w:val="clear" w:color="auto" w:fill="17365D"/>
            <w:tcMar>
              <w:top w:w="145" w:type="dxa"/>
              <w:left w:w="210" w:type="dxa"/>
              <w:bottom w:w="145" w:type="dxa"/>
              <w:right w:w="210" w:type="dxa"/>
            </w:tcMar>
            <w:vAlign w:val="center"/>
          </w:tcPr>
          <w:p w14:paraId="074681D6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7C928"/>
                <w:sz w:val="19"/>
              </w:rPr>
              <w:t>DLA RODZICÓW</w:t>
            </w:r>
          </w:p>
          <w:p w14:paraId="36EFAC42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FFFFF"/>
                <w:sz w:val="34"/>
              </w:rPr>
              <w:t>Zajęcia psychoedukacyjne podczas ferii zimowych 2026/2027</w:t>
            </w:r>
          </w:p>
          <w:p w14:paraId="23B03EB0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FFFFFF"/>
                <w:sz w:val="18"/>
              </w:rPr>
              <w:t>Blok spotkań dla rodziców dzieci z przedszkoli i szkół Powiatu Łaskiego.</w:t>
            </w:r>
          </w:p>
        </w:tc>
      </w:tr>
    </w:tbl>
    <w:p w14:paraId="2DB121DE" w14:textId="77777777" w:rsidR="00A466B6" w:rsidRDefault="00A466B6">
      <w:pPr>
        <w:spacing w:after="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6"/>
      </w:tblGrid>
      <w:tr w:rsidR="00A466B6" w14:paraId="13ED4851" w14:textId="77777777">
        <w:tc>
          <w:tcPr>
            <w:tcW w:w="10036" w:type="dxa"/>
            <w:tcBorders>
              <w:top w:val="single" w:sz="6" w:space="0" w:color="F7C928"/>
              <w:left w:val="single" w:sz="20" w:space="0" w:color="F7C928"/>
              <w:bottom w:val="single" w:sz="6" w:space="0" w:color="F7C928"/>
              <w:right w:val="single" w:sz="6" w:space="0" w:color="F7C928"/>
            </w:tcBorders>
            <w:shd w:val="clear" w:color="auto" w:fill="FFF9DF"/>
            <w:tcMar>
              <w:top w:w="160" w:type="dxa"/>
              <w:left w:w="200" w:type="dxa"/>
              <w:bottom w:w="160" w:type="dxa"/>
              <w:right w:w="200" w:type="dxa"/>
            </w:tcMar>
            <w:vAlign w:val="center"/>
          </w:tcPr>
          <w:p w14:paraId="7F6D01DC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17365D"/>
                <w:sz w:val="20"/>
              </w:rPr>
              <w:t>Prosimy o zapoznanie się z tematyką i harmonogramem spotkań z rodzicami oraz przekazanie informacji rodzicom. Informacje o zgłoszeniach na wybraną formę zajęć prosimy kierować do osoby prowadzącej spotkanie na 2 tygodnie przed terminem.</w:t>
            </w:r>
          </w:p>
        </w:tc>
      </w:tr>
    </w:tbl>
    <w:p w14:paraId="10FBF46A" w14:textId="77777777" w:rsidR="00A466B6" w:rsidRDefault="00A466B6">
      <w:pPr>
        <w:spacing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3A0892A1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2CDC47B2" w14:textId="307BF353" w:rsidR="00A466B6" w:rsidRDefault="0000000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Zaburzenia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depresyjne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wśród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dzieci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młodzieży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19B7528E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Odbiorcy: rodzice dzieci klas VI-VIII oraz szkół ponadpostawowych</w:t>
            </w:r>
          </w:p>
          <w:p w14:paraId="28E6D1BA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18.01.2027 r. • godz. 16:30 • prowadząca: Aleksandra Szkudlarek</w:t>
            </w:r>
          </w:p>
        </w:tc>
      </w:tr>
    </w:tbl>
    <w:p w14:paraId="75EDFDF5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B17F0A" w14:paraId="4F38600C" w14:textId="77777777" w:rsidTr="006F5FC0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58636C76" w14:textId="1E327977" w:rsidR="00B17F0A" w:rsidRDefault="00B17F0A" w:rsidP="006F5FC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Dziecko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pułapce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scrolla</w:t>
            </w:r>
            <w:proofErr w:type="spellEnd"/>
            <w:r>
              <w:rPr>
                <w:b/>
                <w:color w:val="17365D"/>
                <w:sz w:val="22"/>
              </w:rPr>
              <w:t xml:space="preserve"> – co TikTok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social media </w:t>
            </w:r>
            <w:proofErr w:type="spellStart"/>
            <w:r>
              <w:rPr>
                <w:b/>
                <w:color w:val="17365D"/>
                <w:sz w:val="22"/>
              </w:rPr>
              <w:t>robią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młodym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mózgiem</w:t>
            </w:r>
            <w:proofErr w:type="spellEnd"/>
            <w:r>
              <w:rPr>
                <w:b/>
                <w:color w:val="17365D"/>
                <w:sz w:val="22"/>
              </w:rPr>
              <w:t>?</w:t>
            </w:r>
          </w:p>
          <w:p w14:paraId="7944C8D3" w14:textId="77777777" w:rsidR="00B17F0A" w:rsidRDefault="00B17F0A" w:rsidP="006F5FC0">
            <w:pPr>
              <w:keepLines/>
              <w:spacing w:after="60" w:line="259" w:lineRule="auto"/>
            </w:pPr>
            <w:proofErr w:type="spellStart"/>
            <w:r>
              <w:rPr>
                <w:color w:val="5C6F82"/>
                <w:sz w:val="19"/>
              </w:rPr>
              <w:t>Odbiorcy</w:t>
            </w:r>
            <w:proofErr w:type="spellEnd"/>
            <w:r>
              <w:rPr>
                <w:color w:val="5C6F82"/>
                <w:sz w:val="19"/>
              </w:rPr>
              <w:t xml:space="preserve">: </w:t>
            </w:r>
            <w:proofErr w:type="spellStart"/>
            <w:r>
              <w:rPr>
                <w:color w:val="5C6F82"/>
                <w:sz w:val="19"/>
              </w:rPr>
              <w:t>rodzice</w:t>
            </w:r>
            <w:proofErr w:type="spellEnd"/>
            <w:r>
              <w:rPr>
                <w:color w:val="5C6F82"/>
                <w:sz w:val="19"/>
              </w:rPr>
              <w:t xml:space="preserve"> </w:t>
            </w:r>
            <w:proofErr w:type="spellStart"/>
            <w:r>
              <w:rPr>
                <w:color w:val="5C6F82"/>
                <w:sz w:val="19"/>
              </w:rPr>
              <w:t>uczniów</w:t>
            </w:r>
            <w:proofErr w:type="spellEnd"/>
            <w:r>
              <w:rPr>
                <w:color w:val="5C6F82"/>
                <w:sz w:val="19"/>
              </w:rPr>
              <w:t xml:space="preserve"> </w:t>
            </w:r>
            <w:proofErr w:type="spellStart"/>
            <w:r>
              <w:rPr>
                <w:color w:val="5C6F82"/>
                <w:sz w:val="19"/>
              </w:rPr>
              <w:t>klas</w:t>
            </w:r>
            <w:proofErr w:type="spellEnd"/>
            <w:r>
              <w:rPr>
                <w:color w:val="5C6F82"/>
                <w:sz w:val="19"/>
              </w:rPr>
              <w:t xml:space="preserve"> I-VI</w:t>
            </w:r>
          </w:p>
          <w:p w14:paraId="5ED93E50" w14:textId="77777777" w:rsidR="00B17F0A" w:rsidRDefault="00B17F0A" w:rsidP="006F5FC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 xml:space="preserve">19.01.2027 r. • </w:t>
            </w:r>
            <w:proofErr w:type="spellStart"/>
            <w:r>
              <w:rPr>
                <w:b/>
                <w:color w:val="0B78B5"/>
                <w:sz w:val="19"/>
              </w:rPr>
              <w:t>godz</w:t>
            </w:r>
            <w:proofErr w:type="spellEnd"/>
            <w:r>
              <w:rPr>
                <w:b/>
                <w:color w:val="0B78B5"/>
                <w:sz w:val="19"/>
              </w:rPr>
              <w:t xml:space="preserve">. 16:30 • </w:t>
            </w:r>
            <w:proofErr w:type="spellStart"/>
            <w:r>
              <w:rPr>
                <w:b/>
                <w:color w:val="0B78B5"/>
                <w:sz w:val="19"/>
              </w:rPr>
              <w:t>prowadząca</w:t>
            </w:r>
            <w:proofErr w:type="spellEnd"/>
            <w:r>
              <w:rPr>
                <w:b/>
                <w:color w:val="0B78B5"/>
                <w:sz w:val="19"/>
              </w:rPr>
              <w:t>: Agnieszka Smolarek</w:t>
            </w:r>
          </w:p>
        </w:tc>
      </w:tr>
    </w:tbl>
    <w:p w14:paraId="1453BFEE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14D54137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6BF6CD13" w14:textId="18D52081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Rozwój </w:t>
            </w:r>
            <w:proofErr w:type="spellStart"/>
            <w:r>
              <w:rPr>
                <w:b/>
                <w:color w:val="17365D"/>
                <w:sz w:val="22"/>
              </w:rPr>
              <w:t>małego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dziecka</w:t>
            </w:r>
            <w:proofErr w:type="spellEnd"/>
            <w:r>
              <w:rPr>
                <w:b/>
                <w:color w:val="17365D"/>
                <w:sz w:val="22"/>
              </w:rPr>
              <w:t xml:space="preserve"> – </w:t>
            </w:r>
            <w:proofErr w:type="spellStart"/>
            <w:r>
              <w:rPr>
                <w:b/>
                <w:color w:val="17365D"/>
                <w:sz w:val="22"/>
              </w:rPr>
              <w:t>obserwuje</w:t>
            </w:r>
            <w:proofErr w:type="spellEnd"/>
            <w:r>
              <w:rPr>
                <w:b/>
                <w:color w:val="17365D"/>
                <w:sz w:val="22"/>
              </w:rPr>
              <w:t xml:space="preserve"> i </w:t>
            </w:r>
            <w:proofErr w:type="spellStart"/>
            <w:r>
              <w:rPr>
                <w:b/>
                <w:color w:val="17365D"/>
                <w:sz w:val="22"/>
              </w:rPr>
              <w:t>reaguje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762633E8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Odbiorcy: rodzice i opiekunowie dzieci w wieku 0-3</w:t>
            </w:r>
          </w:p>
          <w:p w14:paraId="32A23B9A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20.01.2027 r. • godz. 16:30 • prowadząca: Magdalena Rybińska</w:t>
            </w:r>
          </w:p>
        </w:tc>
      </w:tr>
    </w:tbl>
    <w:p w14:paraId="54338C48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5DA44984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589993ED" w14:textId="434CBF31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Jak </w:t>
            </w:r>
            <w:proofErr w:type="spellStart"/>
            <w:r>
              <w:rPr>
                <w:b/>
                <w:color w:val="17365D"/>
                <w:sz w:val="22"/>
              </w:rPr>
              <w:t>pomóc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dziecku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radzeniu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sobie</w:t>
            </w:r>
            <w:proofErr w:type="spellEnd"/>
            <w:r>
              <w:rPr>
                <w:b/>
                <w:color w:val="17365D"/>
                <w:sz w:val="22"/>
              </w:rPr>
              <w:t xml:space="preserve"> z </w:t>
            </w:r>
            <w:proofErr w:type="spellStart"/>
            <w:r>
              <w:rPr>
                <w:b/>
                <w:color w:val="17365D"/>
                <w:sz w:val="22"/>
              </w:rPr>
              <w:t>emocjami</w:t>
            </w:r>
            <w:proofErr w:type="spellEnd"/>
            <w:r w:rsidR="00B17F0A">
              <w:rPr>
                <w:b/>
                <w:color w:val="17365D"/>
                <w:sz w:val="22"/>
              </w:rPr>
              <w:t>?</w:t>
            </w:r>
          </w:p>
          <w:p w14:paraId="16CCC8E9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Odbiorcy: rodzice i opiekunowie dzieci w wieku przedszkolnym</w:t>
            </w:r>
          </w:p>
          <w:p w14:paraId="49445601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20.01.2027 r. • godz. 17:30 • prowadząca: Magdalena Rybińska</w:t>
            </w:r>
          </w:p>
        </w:tc>
      </w:tr>
    </w:tbl>
    <w:p w14:paraId="02A52F0A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B17F0A" w14:paraId="09082737" w14:textId="77777777" w:rsidTr="006F5FC0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7D155012" w14:textId="724F9BD5" w:rsidR="00B17F0A" w:rsidRDefault="00B17F0A" w:rsidP="006F5FC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O </w:t>
            </w:r>
            <w:proofErr w:type="spellStart"/>
            <w:r>
              <w:rPr>
                <w:b/>
                <w:color w:val="17365D"/>
                <w:sz w:val="22"/>
              </w:rPr>
              <w:t>skutecznej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komunikacji</w:t>
            </w:r>
            <w:proofErr w:type="spellEnd"/>
            <w:r>
              <w:rPr>
                <w:b/>
                <w:color w:val="17365D"/>
                <w:sz w:val="22"/>
              </w:rPr>
              <w:t>.</w:t>
            </w:r>
          </w:p>
          <w:p w14:paraId="35ADB82D" w14:textId="77777777" w:rsidR="00B17F0A" w:rsidRDefault="00B17F0A" w:rsidP="006F5FC0">
            <w:pPr>
              <w:keepLines/>
              <w:spacing w:after="60" w:line="259" w:lineRule="auto"/>
            </w:pPr>
            <w:proofErr w:type="spellStart"/>
            <w:r>
              <w:rPr>
                <w:color w:val="5C6F82"/>
                <w:sz w:val="19"/>
              </w:rPr>
              <w:t>Odbiorcy</w:t>
            </w:r>
            <w:proofErr w:type="spellEnd"/>
            <w:r>
              <w:rPr>
                <w:color w:val="5C6F82"/>
                <w:sz w:val="19"/>
              </w:rPr>
              <w:t xml:space="preserve">: </w:t>
            </w:r>
            <w:proofErr w:type="spellStart"/>
            <w:r>
              <w:rPr>
                <w:color w:val="5C6F82"/>
                <w:sz w:val="19"/>
              </w:rPr>
              <w:t>rodzice</w:t>
            </w:r>
            <w:proofErr w:type="spellEnd"/>
            <w:r>
              <w:rPr>
                <w:color w:val="5C6F82"/>
                <w:sz w:val="19"/>
              </w:rPr>
              <w:t xml:space="preserve"> </w:t>
            </w:r>
            <w:proofErr w:type="spellStart"/>
            <w:r>
              <w:rPr>
                <w:color w:val="5C6F82"/>
                <w:sz w:val="19"/>
              </w:rPr>
              <w:t>uczniów</w:t>
            </w:r>
            <w:proofErr w:type="spellEnd"/>
            <w:r>
              <w:rPr>
                <w:color w:val="5C6F82"/>
                <w:sz w:val="19"/>
              </w:rPr>
              <w:t xml:space="preserve"> </w:t>
            </w:r>
            <w:proofErr w:type="spellStart"/>
            <w:r>
              <w:rPr>
                <w:color w:val="5C6F82"/>
                <w:sz w:val="19"/>
              </w:rPr>
              <w:t>klas</w:t>
            </w:r>
            <w:proofErr w:type="spellEnd"/>
            <w:r>
              <w:rPr>
                <w:color w:val="5C6F82"/>
                <w:sz w:val="19"/>
              </w:rPr>
              <w:t xml:space="preserve"> I-VI</w:t>
            </w:r>
          </w:p>
          <w:p w14:paraId="647F7714" w14:textId="77777777" w:rsidR="00B17F0A" w:rsidRDefault="00B17F0A" w:rsidP="006F5FC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 xml:space="preserve">21.01.2027 r. • </w:t>
            </w:r>
            <w:proofErr w:type="spellStart"/>
            <w:r>
              <w:rPr>
                <w:b/>
                <w:color w:val="0B78B5"/>
                <w:sz w:val="19"/>
              </w:rPr>
              <w:t>godz</w:t>
            </w:r>
            <w:proofErr w:type="spellEnd"/>
            <w:r>
              <w:rPr>
                <w:b/>
                <w:color w:val="0B78B5"/>
                <w:sz w:val="19"/>
              </w:rPr>
              <w:t xml:space="preserve">. 16:30 • </w:t>
            </w:r>
            <w:proofErr w:type="spellStart"/>
            <w:r>
              <w:rPr>
                <w:b/>
                <w:color w:val="0B78B5"/>
                <w:sz w:val="19"/>
              </w:rPr>
              <w:t>prowadząca</w:t>
            </w:r>
            <w:proofErr w:type="spellEnd"/>
            <w:r>
              <w:rPr>
                <w:b/>
                <w:color w:val="0B78B5"/>
                <w:sz w:val="19"/>
              </w:rPr>
              <w:t>: Katarzyna Andrzejewska</w:t>
            </w:r>
          </w:p>
        </w:tc>
      </w:tr>
    </w:tbl>
    <w:p w14:paraId="0A9A5A64" w14:textId="77777777" w:rsidR="00B17F0A" w:rsidRDefault="00B17F0A">
      <w:pPr>
        <w:spacing w:after="0" w:line="192" w:lineRule="auto"/>
      </w:pPr>
    </w:p>
    <w:p w14:paraId="160A3D32" w14:textId="77777777" w:rsidR="00A466B6" w:rsidRDefault="00000000">
      <w: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00"/>
        <w:gridCol w:w="5018"/>
      </w:tblGrid>
      <w:tr w:rsidR="00A466B6" w14:paraId="605E814F" w14:textId="77777777">
        <w:trPr>
          <w:jc w:val="center"/>
        </w:trPr>
        <w:tc>
          <w:tcPr>
            <w:tcW w:w="900" w:type="dxa"/>
            <w:tcBorders>
              <w:bottom w:val="single" w:sz="10" w:space="0" w:color="17365D"/>
            </w:tcBorders>
            <w:shd w:val="clear" w:color="auto" w:fill="F7C928"/>
            <w:tcMar>
              <w:top w:w="120" w:type="dxa"/>
              <w:left w:w="80" w:type="dxa"/>
              <w:bottom w:w="120" w:type="dxa"/>
              <w:right w:w="80" w:type="dxa"/>
            </w:tcMar>
            <w:vAlign w:val="center"/>
          </w:tcPr>
          <w:p w14:paraId="21DA613D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b/>
                <w:color w:val="17365D"/>
                <w:sz w:val="38"/>
              </w:rPr>
              <w:t>●</w:t>
            </w:r>
          </w:p>
        </w:tc>
        <w:tc>
          <w:tcPr>
            <w:tcW w:w="5018" w:type="dxa"/>
            <w:tcBorders>
              <w:bottom w:val="single" w:sz="10" w:space="0" w:color="17365D"/>
            </w:tcBorders>
            <w:shd w:val="clear" w:color="auto" w:fill="17365D"/>
            <w:tcMar>
              <w:top w:w="145" w:type="dxa"/>
              <w:left w:w="210" w:type="dxa"/>
              <w:bottom w:w="145" w:type="dxa"/>
              <w:right w:w="210" w:type="dxa"/>
            </w:tcMar>
            <w:vAlign w:val="center"/>
          </w:tcPr>
          <w:p w14:paraId="51D122DF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7C928"/>
                <w:sz w:val="19"/>
              </w:rPr>
              <w:t>DLA RODZICÓW</w:t>
            </w:r>
          </w:p>
          <w:p w14:paraId="5F33AA50" w14:textId="77777777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FFFFFF"/>
                <w:sz w:val="34"/>
              </w:rPr>
              <w:t>Ferie zimowe 2026/2027 – harmonogram</w:t>
            </w:r>
          </w:p>
          <w:p w14:paraId="5C19AF14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FFFFFF"/>
                <w:sz w:val="18"/>
              </w:rPr>
              <w:t>Ciąg dalszy oferty spotkań psychoedukacyjnych.</w:t>
            </w:r>
          </w:p>
        </w:tc>
      </w:tr>
    </w:tbl>
    <w:p w14:paraId="249394E2" w14:textId="77777777" w:rsidR="00A466B6" w:rsidRDefault="00A466B6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B17F0A" w14:paraId="43CC8FBC" w14:textId="77777777" w:rsidTr="006F5FC0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2457BA3E" w14:textId="77777777" w:rsidR="00B17F0A" w:rsidRDefault="00B17F0A" w:rsidP="006F5FC0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Źródła</w:t>
            </w:r>
            <w:proofErr w:type="spellEnd"/>
            <w:r>
              <w:rPr>
                <w:b/>
                <w:color w:val="17365D"/>
                <w:sz w:val="22"/>
              </w:rPr>
              <w:t xml:space="preserve">, </w:t>
            </w:r>
            <w:proofErr w:type="spellStart"/>
            <w:r>
              <w:rPr>
                <w:b/>
                <w:color w:val="17365D"/>
                <w:sz w:val="22"/>
              </w:rPr>
              <w:t>przyczyny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możliwe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skutki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agresywnych</w:t>
            </w:r>
            <w:proofErr w:type="spellEnd"/>
            <w:r>
              <w:rPr>
                <w:b/>
                <w:color w:val="17365D"/>
                <w:sz w:val="22"/>
              </w:rPr>
              <w:t xml:space="preserve"> zachowań </w:t>
            </w:r>
            <w:proofErr w:type="spellStart"/>
            <w:r>
              <w:rPr>
                <w:b/>
                <w:color w:val="17365D"/>
                <w:sz w:val="22"/>
              </w:rPr>
              <w:t>wśród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młodzieży</w:t>
            </w:r>
            <w:proofErr w:type="spellEnd"/>
            <w:r>
              <w:rPr>
                <w:b/>
                <w:color w:val="17365D"/>
                <w:sz w:val="22"/>
              </w:rPr>
              <w:t>.</w:t>
            </w:r>
          </w:p>
          <w:p w14:paraId="54909505" w14:textId="77777777" w:rsidR="00B17F0A" w:rsidRDefault="00B17F0A" w:rsidP="006F5FC0">
            <w:pPr>
              <w:keepLines/>
              <w:spacing w:after="60" w:line="259" w:lineRule="auto"/>
            </w:pPr>
            <w:proofErr w:type="spellStart"/>
            <w:r>
              <w:rPr>
                <w:color w:val="5C6F82"/>
                <w:sz w:val="19"/>
              </w:rPr>
              <w:t>Odbiorcy</w:t>
            </w:r>
            <w:proofErr w:type="spellEnd"/>
            <w:r>
              <w:rPr>
                <w:color w:val="5C6F82"/>
                <w:sz w:val="19"/>
              </w:rPr>
              <w:t xml:space="preserve">: </w:t>
            </w:r>
            <w:proofErr w:type="spellStart"/>
            <w:r>
              <w:rPr>
                <w:color w:val="5C6F82"/>
                <w:sz w:val="19"/>
              </w:rPr>
              <w:t>rodzice</w:t>
            </w:r>
            <w:proofErr w:type="spellEnd"/>
            <w:r>
              <w:rPr>
                <w:color w:val="5C6F82"/>
                <w:sz w:val="19"/>
              </w:rPr>
              <w:t xml:space="preserve"> </w:t>
            </w:r>
            <w:proofErr w:type="spellStart"/>
            <w:r>
              <w:rPr>
                <w:color w:val="5C6F82"/>
                <w:sz w:val="19"/>
              </w:rPr>
              <w:t>uczniów</w:t>
            </w:r>
            <w:proofErr w:type="spellEnd"/>
            <w:r>
              <w:rPr>
                <w:color w:val="5C6F82"/>
                <w:sz w:val="19"/>
              </w:rPr>
              <w:t xml:space="preserve"> </w:t>
            </w:r>
            <w:proofErr w:type="spellStart"/>
            <w:r>
              <w:rPr>
                <w:color w:val="5C6F82"/>
                <w:sz w:val="19"/>
              </w:rPr>
              <w:t>klas</w:t>
            </w:r>
            <w:proofErr w:type="spellEnd"/>
            <w:r>
              <w:rPr>
                <w:color w:val="5C6F82"/>
                <w:sz w:val="19"/>
              </w:rPr>
              <w:t xml:space="preserve"> IV-VI</w:t>
            </w:r>
          </w:p>
          <w:p w14:paraId="49B1C482" w14:textId="77777777" w:rsidR="00B17F0A" w:rsidRDefault="00B17F0A" w:rsidP="006F5FC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 xml:space="preserve">25.01.2027 r. • </w:t>
            </w:r>
            <w:proofErr w:type="spellStart"/>
            <w:r>
              <w:rPr>
                <w:b/>
                <w:color w:val="0B78B5"/>
                <w:sz w:val="19"/>
              </w:rPr>
              <w:t>godz</w:t>
            </w:r>
            <w:proofErr w:type="spellEnd"/>
            <w:r>
              <w:rPr>
                <w:b/>
                <w:color w:val="0B78B5"/>
                <w:sz w:val="19"/>
              </w:rPr>
              <w:t xml:space="preserve">. 16:30 • </w:t>
            </w:r>
            <w:proofErr w:type="spellStart"/>
            <w:r>
              <w:rPr>
                <w:b/>
                <w:color w:val="0B78B5"/>
                <w:sz w:val="19"/>
              </w:rPr>
              <w:t>prowadząca</w:t>
            </w:r>
            <w:proofErr w:type="spellEnd"/>
            <w:r>
              <w:rPr>
                <w:b/>
                <w:color w:val="0B78B5"/>
                <w:sz w:val="19"/>
              </w:rPr>
              <w:t xml:space="preserve">: Monika </w:t>
            </w:r>
            <w:proofErr w:type="spellStart"/>
            <w:r>
              <w:rPr>
                <w:b/>
                <w:color w:val="0B78B5"/>
                <w:sz w:val="19"/>
              </w:rPr>
              <w:t>Skurpel</w:t>
            </w:r>
            <w:proofErr w:type="spellEnd"/>
          </w:p>
        </w:tc>
      </w:tr>
    </w:tbl>
    <w:p w14:paraId="4D244A18" w14:textId="77777777" w:rsidR="00B17F0A" w:rsidRPr="00B17F0A" w:rsidRDefault="00B17F0A">
      <w:pPr>
        <w:spacing w:after="20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4A8FD486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4CC36C21" w14:textId="6895E266" w:rsidR="00A466B6" w:rsidRDefault="00FE7D1D">
            <w:pPr>
              <w:keepLines/>
              <w:spacing w:after="100" w:line="259" w:lineRule="auto"/>
            </w:pPr>
            <w:proofErr w:type="spellStart"/>
            <w:r>
              <w:rPr>
                <w:b/>
                <w:color w:val="17365D"/>
                <w:sz w:val="22"/>
              </w:rPr>
              <w:t>Wspieranie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dziecka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nauce</w:t>
            </w:r>
            <w:proofErr w:type="spellEnd"/>
            <w:r>
              <w:rPr>
                <w:b/>
                <w:color w:val="17365D"/>
                <w:sz w:val="22"/>
              </w:rPr>
              <w:t xml:space="preserve"> – od </w:t>
            </w:r>
            <w:proofErr w:type="spellStart"/>
            <w:r>
              <w:rPr>
                <w:b/>
                <w:color w:val="17365D"/>
                <w:sz w:val="22"/>
              </w:rPr>
              <w:t>przymusu</w:t>
            </w:r>
            <w:proofErr w:type="spellEnd"/>
            <w:r>
              <w:rPr>
                <w:b/>
                <w:color w:val="17365D"/>
                <w:sz w:val="22"/>
              </w:rPr>
              <w:t xml:space="preserve"> do </w:t>
            </w:r>
            <w:proofErr w:type="spellStart"/>
            <w:r>
              <w:rPr>
                <w:b/>
                <w:color w:val="17365D"/>
                <w:sz w:val="22"/>
              </w:rPr>
              <w:t>wewnętrznej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motywacji</w:t>
            </w:r>
            <w:proofErr w:type="spellEnd"/>
            <w:r w:rsidR="00B17F0A">
              <w:rPr>
                <w:b/>
                <w:color w:val="17365D"/>
                <w:sz w:val="22"/>
              </w:rPr>
              <w:t>.</w:t>
            </w:r>
          </w:p>
          <w:p w14:paraId="00181984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Odbiorcy: rodzice uczniów klas I-V</w:t>
            </w:r>
          </w:p>
          <w:p w14:paraId="3797832B" w14:textId="06DE5050" w:rsidR="00A466B6" w:rsidRDefault="00000000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26.01.202</w:t>
            </w:r>
            <w:r w:rsidR="00FD0A9F">
              <w:rPr>
                <w:b/>
                <w:color w:val="0B78B5"/>
                <w:sz w:val="19"/>
              </w:rPr>
              <w:t>7</w:t>
            </w:r>
            <w:r>
              <w:rPr>
                <w:b/>
                <w:color w:val="0B78B5"/>
                <w:sz w:val="19"/>
              </w:rPr>
              <w:t xml:space="preserve"> r. • godz. 16:30 • prowadząca: Barbara Orłowska</w:t>
            </w:r>
          </w:p>
        </w:tc>
      </w:tr>
    </w:tbl>
    <w:p w14:paraId="16CDFA04" w14:textId="77777777" w:rsidR="00A466B6" w:rsidRDefault="00A466B6">
      <w:pPr>
        <w:spacing w:after="0" w:line="192" w:lineRule="auto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36"/>
      </w:tblGrid>
      <w:tr w:rsidR="00A466B6" w14:paraId="58A4C27D" w14:textId="77777777">
        <w:trPr>
          <w:jc w:val="center"/>
        </w:trPr>
        <w:tc>
          <w:tcPr>
            <w:tcW w:w="10036" w:type="dxa"/>
            <w:tcBorders>
              <w:top w:val="single" w:sz="5" w:space="0" w:color="D8E4EC"/>
              <w:left w:val="single" w:sz="28" w:space="0" w:color="17365D"/>
              <w:bottom w:val="single" w:sz="5" w:space="0" w:color="D8E4EC"/>
              <w:right w:val="single" w:sz="5" w:space="0" w:color="D8E4EC"/>
            </w:tcBorders>
            <w:shd w:val="clear" w:color="auto" w:fill="FFFFFF"/>
            <w:tcMar>
              <w:top w:w="125" w:type="dxa"/>
              <w:left w:w="180" w:type="dxa"/>
              <w:bottom w:w="125" w:type="dxa"/>
              <w:right w:w="180" w:type="dxa"/>
            </w:tcMar>
            <w:vAlign w:val="center"/>
          </w:tcPr>
          <w:p w14:paraId="76FD237F" w14:textId="591B6414" w:rsidR="00A466B6" w:rsidRDefault="00000000">
            <w:pPr>
              <w:keepLines/>
              <w:spacing w:after="100" w:line="259" w:lineRule="auto"/>
            </w:pPr>
            <w:r>
              <w:rPr>
                <w:b/>
                <w:color w:val="17365D"/>
                <w:sz w:val="22"/>
              </w:rPr>
              <w:t xml:space="preserve">10 minut dziennie, które może zrobić różnicę – jak </w:t>
            </w:r>
            <w:proofErr w:type="spellStart"/>
            <w:r>
              <w:rPr>
                <w:b/>
                <w:color w:val="17365D"/>
                <w:sz w:val="22"/>
              </w:rPr>
              <w:t>wspierać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rozwój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mowy</w:t>
            </w:r>
            <w:proofErr w:type="spellEnd"/>
            <w:r>
              <w:rPr>
                <w:b/>
                <w:color w:val="17365D"/>
                <w:sz w:val="22"/>
              </w:rPr>
              <w:t xml:space="preserve"> </w:t>
            </w:r>
            <w:proofErr w:type="spellStart"/>
            <w:r>
              <w:rPr>
                <w:b/>
                <w:color w:val="17365D"/>
                <w:sz w:val="22"/>
              </w:rPr>
              <w:t>dziecka</w:t>
            </w:r>
            <w:proofErr w:type="spellEnd"/>
            <w:r>
              <w:rPr>
                <w:b/>
                <w:color w:val="17365D"/>
                <w:sz w:val="22"/>
              </w:rPr>
              <w:t xml:space="preserve"> w </w:t>
            </w:r>
            <w:proofErr w:type="spellStart"/>
            <w:r>
              <w:rPr>
                <w:b/>
                <w:color w:val="17365D"/>
                <w:sz w:val="22"/>
              </w:rPr>
              <w:t>domu</w:t>
            </w:r>
            <w:proofErr w:type="spellEnd"/>
            <w:r w:rsidR="00B17F0A">
              <w:rPr>
                <w:b/>
                <w:color w:val="17365D"/>
                <w:sz w:val="22"/>
              </w:rPr>
              <w:t>?</w:t>
            </w:r>
          </w:p>
          <w:p w14:paraId="6847BA3E" w14:textId="77777777" w:rsidR="00A466B6" w:rsidRDefault="00000000">
            <w:pPr>
              <w:keepLines/>
              <w:spacing w:after="60" w:line="259" w:lineRule="auto"/>
            </w:pPr>
            <w:r>
              <w:rPr>
                <w:color w:val="5C6F82"/>
                <w:sz w:val="19"/>
              </w:rPr>
              <w:t>Odbiorcy: rodzice dzieci w wieku przedszkolnym</w:t>
            </w:r>
          </w:p>
          <w:p w14:paraId="22C0C726" w14:textId="6CA0B1BB" w:rsidR="00A466B6" w:rsidRDefault="00605FD5">
            <w:pPr>
              <w:keepLines/>
              <w:spacing w:after="60" w:line="259" w:lineRule="auto"/>
            </w:pPr>
            <w:r>
              <w:rPr>
                <w:b/>
                <w:color w:val="0B78B5"/>
                <w:sz w:val="19"/>
              </w:rPr>
              <w:t>29.01.2027 r. • godz. 17:00 • prowadząca: Natalia Kaciupska</w:t>
            </w:r>
          </w:p>
        </w:tc>
      </w:tr>
    </w:tbl>
    <w:p w14:paraId="43C60C67" w14:textId="77777777" w:rsidR="00A466B6" w:rsidRDefault="00A466B6">
      <w:pPr>
        <w:spacing w:after="0" w:line="192" w:lineRule="auto"/>
      </w:pPr>
    </w:p>
    <w:p w14:paraId="6D3D24E2" w14:textId="77777777" w:rsidR="00A466B6" w:rsidRDefault="00A466B6">
      <w:pPr>
        <w:spacing w:after="0" w:line="192" w:lineRule="auto"/>
      </w:pPr>
    </w:p>
    <w:p w14:paraId="5DBCDF7F" w14:textId="77777777" w:rsidR="00A466B6" w:rsidRDefault="00A466B6">
      <w:pPr>
        <w:spacing w:after="240"/>
      </w:pPr>
    </w:p>
    <w:p w14:paraId="52EAE6A8" w14:textId="77777777" w:rsidR="009A791F" w:rsidRDefault="009A791F">
      <w:pPr>
        <w:spacing w:after="240"/>
      </w:pPr>
    </w:p>
    <w:p w14:paraId="19E1C27E" w14:textId="77777777" w:rsidR="00B17F0A" w:rsidRDefault="00B17F0A">
      <w:pPr>
        <w:spacing w:after="240"/>
      </w:pPr>
    </w:p>
    <w:p w14:paraId="66C926A3" w14:textId="77777777" w:rsidR="00B17F0A" w:rsidRDefault="00B17F0A">
      <w:pPr>
        <w:spacing w:after="240"/>
      </w:pPr>
    </w:p>
    <w:p w14:paraId="13539B65" w14:textId="77777777" w:rsidR="00B17F0A" w:rsidRDefault="00B17F0A">
      <w:pPr>
        <w:spacing w:after="240"/>
      </w:pPr>
    </w:p>
    <w:p w14:paraId="31B6A5DC" w14:textId="77777777" w:rsidR="00B17F0A" w:rsidRDefault="00B17F0A">
      <w:pPr>
        <w:spacing w:after="2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6"/>
      </w:tblGrid>
      <w:tr w:rsidR="00A466B6" w14:paraId="6E2058C2" w14:textId="77777777">
        <w:tc>
          <w:tcPr>
            <w:tcW w:w="10036" w:type="dxa"/>
            <w:tcBorders>
              <w:top w:val="single" w:sz="6" w:space="0" w:color="F7C928"/>
              <w:left w:val="single" w:sz="20" w:space="0" w:color="F7C928"/>
              <w:bottom w:val="single" w:sz="6" w:space="0" w:color="F7C928"/>
              <w:right w:val="single" w:sz="6" w:space="0" w:color="F7C928"/>
            </w:tcBorders>
            <w:shd w:val="clear" w:color="auto" w:fill="17365D"/>
            <w:tcMar>
              <w:top w:w="160" w:type="dxa"/>
              <w:left w:w="200" w:type="dxa"/>
              <w:bottom w:w="160" w:type="dxa"/>
              <w:right w:w="200" w:type="dxa"/>
            </w:tcMar>
            <w:vAlign w:val="center"/>
          </w:tcPr>
          <w:p w14:paraId="31D6EC78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b/>
                <w:color w:val="FFFFFF"/>
                <w:sz w:val="20"/>
              </w:rPr>
              <w:t>ZAPRASZAMY DO WSPÓŁPRACY</w:t>
            </w:r>
          </w:p>
          <w:p w14:paraId="1D3A8F90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color w:val="FFFFFF"/>
                <w:sz w:val="20"/>
              </w:rPr>
              <w:t>Poradnia Psychologiczno-Pedagogiczna w Łasku</w:t>
            </w:r>
          </w:p>
          <w:p w14:paraId="6AA2443A" w14:textId="77777777" w:rsidR="00A466B6" w:rsidRDefault="00000000">
            <w:pPr>
              <w:keepLines/>
              <w:spacing w:after="60" w:line="259" w:lineRule="auto"/>
              <w:jc w:val="center"/>
            </w:pPr>
            <w:r>
              <w:rPr>
                <w:color w:val="FFFFFF"/>
                <w:sz w:val="20"/>
              </w:rPr>
              <w:t>ul. 9 Maja 33, 98-100 Łask  •  43 675 20 46  •  ppplask@wikom.pl</w:t>
            </w:r>
          </w:p>
        </w:tc>
      </w:tr>
    </w:tbl>
    <w:p w14:paraId="69F9F5B2" w14:textId="77777777" w:rsidR="000633F4" w:rsidRDefault="000633F4"/>
    <w:sectPr w:rsidR="000633F4" w:rsidSect="00034616">
      <w:footerReference w:type="default" r:id="rId9"/>
      <w:pgSz w:w="11906" w:h="16838"/>
      <w:pgMar w:top="835" w:right="893" w:bottom="835" w:left="893" w:header="36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51542" w14:textId="77777777" w:rsidR="006E648D" w:rsidRDefault="006E648D">
      <w:pPr>
        <w:spacing w:after="0" w:line="240" w:lineRule="auto"/>
      </w:pPr>
      <w:r>
        <w:separator/>
      </w:r>
    </w:p>
  </w:endnote>
  <w:endnote w:type="continuationSeparator" w:id="0">
    <w:p w14:paraId="5DBC7E6B" w14:textId="77777777" w:rsidR="006E648D" w:rsidRDefault="006E6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7BF0A" w14:textId="77777777" w:rsidR="00A466B6" w:rsidRDefault="00000000">
    <w:pPr>
      <w:pStyle w:val="Stopka"/>
      <w:spacing w:after="60" w:line="259" w:lineRule="auto"/>
      <w:jc w:val="center"/>
    </w:pPr>
    <w:proofErr w:type="spellStart"/>
    <w:r>
      <w:rPr>
        <w:color w:val="5C6F82"/>
        <w:sz w:val="16"/>
      </w:rPr>
      <w:t>Poradnia</w:t>
    </w:r>
    <w:proofErr w:type="spellEnd"/>
    <w:r>
      <w:rPr>
        <w:color w:val="5C6F82"/>
        <w:sz w:val="16"/>
      </w:rPr>
      <w:t xml:space="preserve"> </w:t>
    </w:r>
    <w:proofErr w:type="spellStart"/>
    <w:r>
      <w:rPr>
        <w:color w:val="5C6F82"/>
        <w:sz w:val="16"/>
      </w:rPr>
      <w:t>Psychologiczno-Pedagogiczna</w:t>
    </w:r>
    <w:proofErr w:type="spellEnd"/>
    <w:r>
      <w:rPr>
        <w:color w:val="5C6F82"/>
        <w:sz w:val="16"/>
      </w:rPr>
      <w:t xml:space="preserve"> w </w:t>
    </w:r>
    <w:proofErr w:type="spellStart"/>
    <w:r>
      <w:rPr>
        <w:color w:val="5C6F82"/>
        <w:sz w:val="16"/>
      </w:rPr>
      <w:t>Łasku</w:t>
    </w:r>
    <w:proofErr w:type="spellEnd"/>
    <w:r>
      <w:rPr>
        <w:color w:val="5C6F82"/>
        <w:sz w:val="16"/>
      </w:rPr>
      <w:t xml:space="preserve">  •  </w:t>
    </w:r>
    <w:proofErr w:type="spellStart"/>
    <w:r>
      <w:rPr>
        <w:color w:val="5C6F82"/>
        <w:sz w:val="16"/>
      </w:rPr>
      <w:t>Oferta</w:t>
    </w:r>
    <w:proofErr w:type="spellEnd"/>
    <w:r>
      <w:rPr>
        <w:color w:val="5C6F82"/>
        <w:sz w:val="16"/>
      </w:rPr>
      <w:t xml:space="preserve"> 2026/2027</w:t>
    </w:r>
  </w:p>
  <w:p w14:paraId="1C98C684" w14:textId="77777777" w:rsidR="00A466B6" w:rsidRDefault="00000000">
    <w:pPr>
      <w:spacing w:after="60" w:line="259" w:lineRule="auto"/>
      <w:jc w:val="center"/>
    </w:pPr>
    <w:r>
      <w:rPr>
        <w:color w:val="5C6F82"/>
        <w:sz w:val="16"/>
      </w:rPr>
      <w:t xml:space="preserve">str. </w:t>
    </w:r>
    <w:r>
      <w:fldChar w:fldCharType="begin"/>
    </w:r>
    <w:r>
      <w:instrText>PAGE</w:instrText>
    </w:r>
    <w:r>
      <w:fldChar w:fldCharType="separate"/>
    </w:r>
    <w:r w:rsidR="009A791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2682D" w14:textId="77777777" w:rsidR="006E648D" w:rsidRDefault="006E648D">
      <w:pPr>
        <w:spacing w:after="0" w:line="240" w:lineRule="auto"/>
      </w:pPr>
      <w:r>
        <w:separator/>
      </w:r>
    </w:p>
  </w:footnote>
  <w:footnote w:type="continuationSeparator" w:id="0">
    <w:p w14:paraId="5CD97D8C" w14:textId="77777777" w:rsidR="006E648D" w:rsidRDefault="006E6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7077147">
    <w:abstractNumId w:val="8"/>
  </w:num>
  <w:num w:numId="2" w16cid:durableId="1232229398">
    <w:abstractNumId w:val="6"/>
  </w:num>
  <w:num w:numId="3" w16cid:durableId="1714115807">
    <w:abstractNumId w:val="5"/>
  </w:num>
  <w:num w:numId="4" w16cid:durableId="1808469831">
    <w:abstractNumId w:val="4"/>
  </w:num>
  <w:num w:numId="5" w16cid:durableId="1902784678">
    <w:abstractNumId w:val="7"/>
  </w:num>
  <w:num w:numId="6" w16cid:durableId="1224829242">
    <w:abstractNumId w:val="3"/>
  </w:num>
  <w:num w:numId="7" w16cid:durableId="757212234">
    <w:abstractNumId w:val="2"/>
  </w:num>
  <w:num w:numId="8" w16cid:durableId="1997147499">
    <w:abstractNumId w:val="1"/>
  </w:num>
  <w:num w:numId="9" w16cid:durableId="654185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33F4"/>
    <w:rsid w:val="0014360D"/>
    <w:rsid w:val="0015074B"/>
    <w:rsid w:val="0029639D"/>
    <w:rsid w:val="002A20AB"/>
    <w:rsid w:val="002C5414"/>
    <w:rsid w:val="00326F90"/>
    <w:rsid w:val="003C0363"/>
    <w:rsid w:val="005A1C0B"/>
    <w:rsid w:val="00605FD5"/>
    <w:rsid w:val="00674458"/>
    <w:rsid w:val="006E648D"/>
    <w:rsid w:val="009A791F"/>
    <w:rsid w:val="009C142A"/>
    <w:rsid w:val="00A466B6"/>
    <w:rsid w:val="00AA1D8D"/>
    <w:rsid w:val="00AF0416"/>
    <w:rsid w:val="00B17F0A"/>
    <w:rsid w:val="00B47730"/>
    <w:rsid w:val="00C17C39"/>
    <w:rsid w:val="00CB0664"/>
    <w:rsid w:val="00DF0BA4"/>
    <w:rsid w:val="00E15DE1"/>
    <w:rsid w:val="00FC693F"/>
    <w:rsid w:val="00FD0A9F"/>
    <w:rsid w:val="00FE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FF97AB"/>
  <w14:defaultImageDpi w14:val="300"/>
  <w15:docId w15:val="{ADDF31BD-8C60-4E02-8F71-F2081E28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80"/>
    </w:pPr>
    <w:rPr>
      <w:rFonts w:ascii="Aptos" w:eastAsia="Aptos" w:hAnsi="Aptos"/>
      <w:color w:val="26384A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160" w:after="160"/>
      <w:outlineLvl w:val="0"/>
    </w:pPr>
    <w:rPr>
      <w:rFonts w:asciiTheme="majorHAnsi" w:eastAsiaTheme="majorEastAsia" w:hAnsiTheme="majorHAnsi" w:cstheme="majorBidi"/>
      <w:b/>
      <w:bCs/>
      <w:color w:val="17365D"/>
      <w:sz w:val="40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60" w:after="160"/>
      <w:outlineLvl w:val="1"/>
    </w:pPr>
    <w:rPr>
      <w:rFonts w:asciiTheme="majorHAnsi" w:eastAsiaTheme="majorEastAsia" w:hAnsiTheme="majorHAnsi" w:cstheme="majorBidi"/>
      <w:b/>
      <w:bCs/>
      <w:color w:val="1677B8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before="160" w:after="16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5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zajęć PPP w Łasku 2026/2027</dc:title>
  <dc:subject>Oferta dla nauczycieli, specjalistów, dzieci, uczniów i rodziców</dc:subject>
  <dc:creator>python-docx</dc:creator>
  <cp:keywords/>
  <dc:description>generated by python-docx</dc:description>
  <cp:lastModifiedBy>Małgorzata Sobala</cp:lastModifiedBy>
  <cp:revision>7</cp:revision>
  <dcterms:created xsi:type="dcterms:W3CDTF">2026-09-08T09:07:00Z</dcterms:created>
  <dcterms:modified xsi:type="dcterms:W3CDTF">2026-09-10T11:21:00Z</dcterms:modified>
  <cp:category/>
</cp:coreProperties>
</file>